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DE48E" w14:textId="77777777" w:rsidR="00D2179D" w:rsidRPr="00283B7E" w:rsidRDefault="00000000">
      <w:pPr>
        <w:jc w:val="center"/>
        <w:rPr>
          <w:rFonts w:ascii="Times New Roman" w:hAnsi="Times New Roman" w:cs="Times New Roman"/>
          <w:sz w:val="20"/>
          <w:szCs w:val="20"/>
        </w:rPr>
      </w:pPr>
      <w:r w:rsidRPr="00283B7E">
        <w:rPr>
          <w:rFonts w:ascii="Times New Roman" w:hAnsi="Times New Roman" w:cs="Times New Roman"/>
          <w:b/>
          <w:sz w:val="20"/>
          <w:szCs w:val="20"/>
        </w:rPr>
        <w:t>GRAD KAŠTELA</w:t>
      </w:r>
      <w:r w:rsidRPr="00283B7E">
        <w:rPr>
          <w:rFonts w:ascii="Times New Roman" w:hAnsi="Times New Roman" w:cs="Times New Roman"/>
          <w:b/>
          <w:sz w:val="20"/>
          <w:szCs w:val="20"/>
        </w:rPr>
        <w:br/>
        <w:t>UPRAVNI ODJEL ZA DRUŠTVENE DJELATNOSTI I OPĆE POSLOVE</w:t>
      </w:r>
    </w:p>
    <w:p w14:paraId="52D5F6D9" w14:textId="4A00A8D9" w:rsidR="00D2179D" w:rsidRPr="00283B7E" w:rsidRDefault="00000000">
      <w:pPr>
        <w:jc w:val="center"/>
        <w:rPr>
          <w:rFonts w:ascii="Times New Roman" w:hAnsi="Times New Roman" w:cs="Times New Roman"/>
        </w:rPr>
      </w:pPr>
      <w:r w:rsidRPr="00283B7E">
        <w:rPr>
          <w:rFonts w:ascii="Times New Roman" w:hAnsi="Times New Roman" w:cs="Times New Roman"/>
          <w:b/>
          <w:sz w:val="28"/>
        </w:rPr>
        <w:t xml:space="preserve">OBRAZAC PRORAČUNA / TROŠKOVNIK </w:t>
      </w:r>
    </w:p>
    <w:p w14:paraId="756BC5CF" w14:textId="7C033B2A" w:rsidR="00D2179D" w:rsidRPr="00283B7E" w:rsidRDefault="0000000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Javni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poziv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za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financiranje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javnih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potreba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u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kulturi</w:t>
      </w:r>
      <w:proofErr w:type="spellEnd"/>
      <w:r w:rsidRPr="00283B7E">
        <w:rPr>
          <w:rFonts w:ascii="Times New Roman" w:hAnsi="Times New Roman" w:cs="Times New Roman"/>
          <w:b/>
          <w:sz w:val="20"/>
          <w:szCs w:val="20"/>
        </w:rPr>
        <w:t xml:space="preserve"> Grada Kaštela za 2027. </w:t>
      </w:r>
      <w:proofErr w:type="spellStart"/>
      <w:r w:rsidRPr="00283B7E">
        <w:rPr>
          <w:rFonts w:ascii="Times New Roman" w:hAnsi="Times New Roman" w:cs="Times New Roman"/>
          <w:b/>
          <w:sz w:val="20"/>
          <w:szCs w:val="20"/>
        </w:rPr>
        <w:t>godinu</w:t>
      </w:r>
      <w:proofErr w:type="spellEnd"/>
    </w:p>
    <w:p w14:paraId="03B09F7A" w14:textId="77777777" w:rsidR="00ED1FF6" w:rsidRPr="00283B7E" w:rsidRDefault="00ED1FF6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6"/>
        <w:gridCol w:w="5264"/>
      </w:tblGrid>
      <w:tr w:rsidR="00D2179D" w:rsidRPr="00283B7E" w14:paraId="70D083B2" w14:textId="77777777">
        <w:tc>
          <w:tcPr>
            <w:tcW w:w="5270" w:type="dxa"/>
            <w:shd w:val="clear" w:color="auto" w:fill="E7E6E6"/>
            <w:vAlign w:val="center"/>
          </w:tcPr>
          <w:p w14:paraId="42909461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Prijavitelj</w:t>
            </w:r>
            <w:proofErr w:type="spellEnd"/>
          </w:p>
        </w:tc>
        <w:tc>
          <w:tcPr>
            <w:tcW w:w="5270" w:type="dxa"/>
            <w:vAlign w:val="center"/>
          </w:tcPr>
          <w:p w14:paraId="3F992295" w14:textId="75432786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D2179D" w:rsidRPr="00283B7E" w14:paraId="69E6A7C1" w14:textId="77777777">
        <w:tc>
          <w:tcPr>
            <w:tcW w:w="5270" w:type="dxa"/>
            <w:shd w:val="clear" w:color="auto" w:fill="E7E6E6"/>
            <w:vAlign w:val="center"/>
          </w:tcPr>
          <w:p w14:paraId="0A592E24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Naziv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programa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projekta</w:t>
            </w:r>
            <w:proofErr w:type="spellEnd"/>
          </w:p>
        </w:tc>
        <w:tc>
          <w:tcPr>
            <w:tcW w:w="5270" w:type="dxa"/>
            <w:vAlign w:val="center"/>
          </w:tcPr>
          <w:p w14:paraId="1A4BD2E7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</w:tbl>
    <w:p w14:paraId="26D3B2A1" w14:textId="77777777" w:rsidR="002F25A8" w:rsidRPr="00283B7E" w:rsidRDefault="002F25A8" w:rsidP="002F25A8">
      <w:pPr>
        <w:spacing w:after="0"/>
        <w:rPr>
          <w:rFonts w:ascii="Times New Roman" w:hAnsi="Times New Roman" w:cs="Times New Roman"/>
          <w:b/>
        </w:rPr>
      </w:pPr>
    </w:p>
    <w:p w14:paraId="137DBCA6" w14:textId="77777777" w:rsidR="00ED1FF6" w:rsidRPr="00283B7E" w:rsidRDefault="00ED1FF6" w:rsidP="002F25A8">
      <w:pPr>
        <w:spacing w:after="0"/>
        <w:rPr>
          <w:rFonts w:ascii="Times New Roman" w:hAnsi="Times New Roman" w:cs="Times New Roman"/>
          <w:b/>
        </w:rPr>
      </w:pPr>
    </w:p>
    <w:p w14:paraId="50BE8E06" w14:textId="225224D8" w:rsidR="00D2179D" w:rsidRPr="00283B7E" w:rsidRDefault="00000000" w:rsidP="002F25A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3B7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2F25A8" w:rsidRPr="00283B7E">
        <w:rPr>
          <w:rFonts w:ascii="Times New Roman" w:hAnsi="Times New Roman" w:cs="Times New Roman"/>
          <w:b/>
          <w:sz w:val="24"/>
          <w:szCs w:val="24"/>
        </w:rPr>
        <w:t>IZRAVNI TROŠKOVI</w:t>
      </w:r>
    </w:p>
    <w:p w14:paraId="20B599A6" w14:textId="4D481685" w:rsidR="002F25A8" w:rsidRPr="00283B7E" w:rsidRDefault="002F25A8" w:rsidP="00ED1FF6">
      <w:pPr>
        <w:pStyle w:val="ListBullet"/>
        <w:numPr>
          <w:ilvl w:val="0"/>
          <w:numId w:val="0"/>
        </w:numPr>
        <w:spacing w:before="120" w:after="120"/>
        <w:contextualSpacing w:val="0"/>
        <w:jc w:val="both"/>
        <w:rPr>
          <w:rFonts w:ascii="Times New Roman" w:hAnsi="Times New Roman" w:cs="Times New Roman"/>
          <w:i/>
          <w:szCs w:val="18"/>
        </w:rPr>
      </w:pPr>
      <w:proofErr w:type="spellStart"/>
      <w:r w:rsidRPr="00283B7E">
        <w:rPr>
          <w:rFonts w:ascii="Times New Roman" w:hAnsi="Times New Roman" w:cs="Times New Roman"/>
          <w:i/>
          <w:szCs w:val="18"/>
        </w:rPr>
        <w:t>Upišite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svaki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trošak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dovoljno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jasno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i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navedite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način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izračuna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.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Primjer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>: „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Honorar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voditelju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Mati Matiću</w:t>
      </w:r>
      <w:r w:rsidR="00381F9E" w:rsidRPr="00283B7E">
        <w:rPr>
          <w:rFonts w:ascii="Times New Roman" w:hAnsi="Times New Roman" w:cs="Times New Roman"/>
          <w:i/>
          <w:szCs w:val="18"/>
        </w:rPr>
        <w:t>”</w:t>
      </w:r>
      <w:r w:rsidRPr="00283B7E">
        <w:rPr>
          <w:rFonts w:ascii="Times New Roman" w:hAnsi="Times New Roman" w:cs="Times New Roman"/>
          <w:i/>
          <w:szCs w:val="18"/>
        </w:rPr>
        <w:t xml:space="preserve"> (2 </w:t>
      </w:r>
      <w:proofErr w:type="spellStart"/>
      <w:r w:rsidRPr="00283B7E">
        <w:rPr>
          <w:rFonts w:ascii="Times New Roman" w:hAnsi="Times New Roman" w:cs="Times New Roman"/>
          <w:i/>
          <w:szCs w:val="18"/>
        </w:rPr>
        <w:t>mjeseca</w:t>
      </w:r>
      <w:proofErr w:type="spellEnd"/>
      <w:r w:rsidRPr="00283B7E">
        <w:rPr>
          <w:rFonts w:ascii="Times New Roman" w:hAnsi="Times New Roman" w:cs="Times New Roman"/>
          <w:i/>
          <w:szCs w:val="18"/>
        </w:rPr>
        <w:t xml:space="preserve"> × 300,00 EUR)</w:t>
      </w:r>
      <w:r w:rsidR="00ED1FF6" w:rsidRPr="00283B7E">
        <w:rPr>
          <w:rFonts w:ascii="Times New Roman" w:hAnsi="Times New Roman" w:cs="Times New Roman"/>
          <w:i/>
          <w:szCs w:val="18"/>
        </w:rPr>
        <w:t xml:space="preserve">; </w:t>
      </w:r>
      <w:proofErr w:type="spellStart"/>
      <w:r w:rsidR="00ED1FF6" w:rsidRPr="00283B7E">
        <w:rPr>
          <w:rFonts w:ascii="Times New Roman" w:hAnsi="Times New Roman" w:cs="Times New Roman"/>
          <w:i/>
          <w:szCs w:val="18"/>
        </w:rPr>
        <w:t>grafičke</w:t>
      </w:r>
      <w:proofErr w:type="spellEnd"/>
      <w:r w:rsidR="00ED1FF6"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  <w:szCs w:val="18"/>
        </w:rPr>
        <w:t>i</w:t>
      </w:r>
      <w:proofErr w:type="spellEnd"/>
      <w:r w:rsidR="00ED1FF6"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  <w:szCs w:val="18"/>
        </w:rPr>
        <w:t>promotivne</w:t>
      </w:r>
      <w:proofErr w:type="spellEnd"/>
      <w:r w:rsidR="00ED1FF6" w:rsidRPr="00283B7E">
        <w:rPr>
          <w:rFonts w:ascii="Times New Roman" w:hAnsi="Times New Roman" w:cs="Times New Roman"/>
          <w:i/>
          <w:szCs w:val="18"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  <w:szCs w:val="18"/>
        </w:rPr>
        <w:t>usluge</w:t>
      </w:r>
      <w:proofErr w:type="spellEnd"/>
      <w:r w:rsidR="00ED1FF6" w:rsidRPr="00283B7E">
        <w:rPr>
          <w:rFonts w:ascii="Times New Roman" w:hAnsi="Times New Roman" w:cs="Times New Roman"/>
          <w:i/>
          <w:szCs w:val="18"/>
        </w:rPr>
        <w:t xml:space="preserve"> 500,00 EUR. </w:t>
      </w:r>
      <w:proofErr w:type="spellStart"/>
      <w:r w:rsidR="00ED1FF6" w:rsidRPr="00283B7E">
        <w:rPr>
          <w:rFonts w:ascii="Times New Roman" w:hAnsi="Times New Roman" w:cs="Times New Roman"/>
          <w:i/>
        </w:rPr>
        <w:t>Troškove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</w:rPr>
        <w:t>navesti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</w:rPr>
        <w:t>konkretno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</w:rPr>
        <w:t>i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</w:rPr>
        <w:t>povezati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s </w:t>
      </w:r>
      <w:proofErr w:type="spellStart"/>
      <w:r w:rsidR="00ED1FF6" w:rsidRPr="00283B7E">
        <w:rPr>
          <w:rFonts w:ascii="Times New Roman" w:hAnsi="Times New Roman" w:cs="Times New Roman"/>
          <w:i/>
        </w:rPr>
        <w:t>planiranim</w:t>
      </w:r>
      <w:proofErr w:type="spellEnd"/>
      <w:r w:rsidR="00ED1FF6"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="00ED1FF6" w:rsidRPr="00283B7E">
        <w:rPr>
          <w:rFonts w:ascii="Times New Roman" w:hAnsi="Times New Roman" w:cs="Times New Roman"/>
          <w:i/>
        </w:rPr>
        <w:t>aktivnostima</w:t>
      </w:r>
      <w:proofErr w:type="spellEnd"/>
      <w:r w:rsidR="00ED1FF6" w:rsidRPr="00283B7E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6834"/>
        <w:gridCol w:w="1548"/>
        <w:gridCol w:w="1487"/>
      </w:tblGrid>
      <w:tr w:rsidR="002F25A8" w:rsidRPr="00283B7E" w14:paraId="7F8CB031" w14:textId="77777777" w:rsidTr="002F25A8">
        <w:tc>
          <w:tcPr>
            <w:tcW w:w="604" w:type="dxa"/>
            <w:shd w:val="clear" w:color="auto" w:fill="E7E6E6"/>
            <w:vAlign w:val="center"/>
          </w:tcPr>
          <w:p w14:paraId="2D75CB55" w14:textId="77777777" w:rsidR="002F25A8" w:rsidRPr="00283B7E" w:rsidRDefault="002F25A8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R.br.</w:t>
            </w:r>
          </w:p>
        </w:tc>
        <w:tc>
          <w:tcPr>
            <w:tcW w:w="6945" w:type="dxa"/>
            <w:shd w:val="clear" w:color="auto" w:fill="E7E6E6"/>
            <w:vAlign w:val="center"/>
          </w:tcPr>
          <w:p w14:paraId="1B063534" w14:textId="77777777" w:rsidR="002F25A8" w:rsidRPr="00283B7E" w:rsidRDefault="002F25A8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Aktivnost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trošak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izračun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5833BDA4" w14:textId="77777777" w:rsidR="002F25A8" w:rsidRPr="00283B7E" w:rsidRDefault="002F25A8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Ukupno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501" w:type="dxa"/>
            <w:shd w:val="clear" w:color="auto" w:fill="E7E6E6"/>
            <w:vAlign w:val="center"/>
          </w:tcPr>
          <w:p w14:paraId="53FF2DCB" w14:textId="77777777" w:rsidR="002F25A8" w:rsidRPr="00283B7E" w:rsidRDefault="002F25A8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Od Grada (€)</w:t>
            </w:r>
          </w:p>
        </w:tc>
      </w:tr>
      <w:tr w:rsidR="002F25A8" w:rsidRPr="00283B7E" w14:paraId="1020A92B" w14:textId="77777777" w:rsidTr="002F25A8">
        <w:trPr>
          <w:trHeight w:val="354"/>
        </w:trPr>
        <w:tc>
          <w:tcPr>
            <w:tcW w:w="604" w:type="dxa"/>
            <w:vAlign w:val="center"/>
          </w:tcPr>
          <w:p w14:paraId="535033C6" w14:textId="7B8154B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5" w:type="dxa"/>
            <w:vAlign w:val="center"/>
          </w:tcPr>
          <w:p w14:paraId="46DF0307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484040C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079C3EC4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67CE9595" w14:textId="77777777" w:rsidTr="002F25A8">
        <w:trPr>
          <w:trHeight w:val="146"/>
        </w:trPr>
        <w:tc>
          <w:tcPr>
            <w:tcW w:w="604" w:type="dxa"/>
            <w:vAlign w:val="center"/>
          </w:tcPr>
          <w:p w14:paraId="5006806E" w14:textId="2B9BE7EB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5" w:type="dxa"/>
            <w:vAlign w:val="center"/>
          </w:tcPr>
          <w:p w14:paraId="2479E370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317139B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7580BEE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5B0C3E5A" w14:textId="77777777" w:rsidTr="002F25A8">
        <w:trPr>
          <w:trHeight w:val="178"/>
        </w:trPr>
        <w:tc>
          <w:tcPr>
            <w:tcW w:w="604" w:type="dxa"/>
            <w:vAlign w:val="center"/>
          </w:tcPr>
          <w:p w14:paraId="7B4D5316" w14:textId="171CEA88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5" w:type="dxa"/>
            <w:vAlign w:val="center"/>
          </w:tcPr>
          <w:p w14:paraId="60796AA7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CFD65A8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1031A178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0DF828BC" w14:textId="77777777" w:rsidTr="002F25A8">
        <w:trPr>
          <w:trHeight w:val="69"/>
        </w:trPr>
        <w:tc>
          <w:tcPr>
            <w:tcW w:w="604" w:type="dxa"/>
            <w:vAlign w:val="center"/>
          </w:tcPr>
          <w:p w14:paraId="7FC0E0A7" w14:textId="4B5E13CF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5" w:type="dxa"/>
            <w:vAlign w:val="center"/>
          </w:tcPr>
          <w:p w14:paraId="25775E55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6F6A9980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78FAD4C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7326F6B7" w14:textId="77777777" w:rsidTr="002F25A8">
        <w:trPr>
          <w:trHeight w:val="100"/>
        </w:trPr>
        <w:tc>
          <w:tcPr>
            <w:tcW w:w="604" w:type="dxa"/>
            <w:vAlign w:val="center"/>
          </w:tcPr>
          <w:p w14:paraId="043F6BE6" w14:textId="732AD313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45" w:type="dxa"/>
            <w:vAlign w:val="center"/>
          </w:tcPr>
          <w:p w14:paraId="101B017E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714F551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7A142D9E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4D3FE90E" w14:textId="77777777" w:rsidTr="002F25A8">
        <w:trPr>
          <w:trHeight w:val="132"/>
        </w:trPr>
        <w:tc>
          <w:tcPr>
            <w:tcW w:w="604" w:type="dxa"/>
            <w:vAlign w:val="center"/>
          </w:tcPr>
          <w:p w14:paraId="38D3AF1C" w14:textId="4CF068CD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45" w:type="dxa"/>
            <w:vAlign w:val="center"/>
          </w:tcPr>
          <w:p w14:paraId="2BF19CEA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6F1D8B61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B79084A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32726DE1" w14:textId="77777777" w:rsidTr="002F25A8">
        <w:trPr>
          <w:trHeight w:val="58"/>
        </w:trPr>
        <w:tc>
          <w:tcPr>
            <w:tcW w:w="604" w:type="dxa"/>
            <w:vAlign w:val="center"/>
          </w:tcPr>
          <w:p w14:paraId="27DCA6B0" w14:textId="3DF165B4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45" w:type="dxa"/>
            <w:vAlign w:val="center"/>
          </w:tcPr>
          <w:p w14:paraId="56F3774B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5344B6A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23E132C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51A968D6" w14:textId="77777777" w:rsidTr="002F25A8">
        <w:trPr>
          <w:trHeight w:val="68"/>
        </w:trPr>
        <w:tc>
          <w:tcPr>
            <w:tcW w:w="604" w:type="dxa"/>
            <w:vAlign w:val="center"/>
          </w:tcPr>
          <w:p w14:paraId="6AEE23FB" w14:textId="70D76D13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45" w:type="dxa"/>
            <w:vAlign w:val="center"/>
          </w:tcPr>
          <w:p w14:paraId="4CE74CD1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607AD8D9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3DDDE63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52543A27" w14:textId="77777777" w:rsidTr="002F25A8">
        <w:trPr>
          <w:trHeight w:val="68"/>
        </w:trPr>
        <w:tc>
          <w:tcPr>
            <w:tcW w:w="604" w:type="dxa"/>
            <w:vAlign w:val="center"/>
          </w:tcPr>
          <w:p w14:paraId="5AE61743" w14:textId="42EC7FE5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45" w:type="dxa"/>
            <w:vAlign w:val="center"/>
          </w:tcPr>
          <w:p w14:paraId="48174612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FE80D7C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445A2BEF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3216E646" w14:textId="77777777" w:rsidTr="002F25A8">
        <w:trPr>
          <w:trHeight w:val="68"/>
        </w:trPr>
        <w:tc>
          <w:tcPr>
            <w:tcW w:w="604" w:type="dxa"/>
            <w:vAlign w:val="center"/>
          </w:tcPr>
          <w:p w14:paraId="2C58E5C1" w14:textId="02327EF2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45" w:type="dxa"/>
            <w:vAlign w:val="center"/>
          </w:tcPr>
          <w:p w14:paraId="6972F9DF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AE8DB44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230B830" w14:textId="77777777" w:rsidR="002F25A8" w:rsidRPr="00283B7E" w:rsidRDefault="002F25A8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2F25A8" w:rsidRPr="00283B7E" w14:paraId="7171CD8C" w14:textId="77777777" w:rsidTr="002F25A8">
        <w:trPr>
          <w:trHeight w:val="454"/>
        </w:trPr>
        <w:tc>
          <w:tcPr>
            <w:tcW w:w="7549" w:type="dxa"/>
            <w:gridSpan w:val="2"/>
            <w:shd w:val="clear" w:color="auto" w:fill="E7E6E6"/>
            <w:vAlign w:val="center"/>
          </w:tcPr>
          <w:p w14:paraId="6B27B0A8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  <w:b/>
              </w:rPr>
              <w:t>UKUPNO</w:t>
            </w:r>
          </w:p>
        </w:tc>
        <w:tc>
          <w:tcPr>
            <w:tcW w:w="1560" w:type="dxa"/>
            <w:vAlign w:val="center"/>
          </w:tcPr>
          <w:p w14:paraId="6CB111D8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0066C33" w14:textId="77777777" w:rsidR="002F25A8" w:rsidRPr="00283B7E" w:rsidRDefault="002F25A8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B77E5A7" w14:textId="18978EDD" w:rsidR="00D2179D" w:rsidRPr="00283B7E" w:rsidRDefault="00D2179D" w:rsidP="00ED1FF6">
      <w:pPr>
        <w:spacing w:after="0"/>
        <w:rPr>
          <w:rFonts w:ascii="Times New Roman" w:hAnsi="Times New Roman" w:cs="Times New Roman"/>
        </w:rPr>
      </w:pPr>
    </w:p>
    <w:p w14:paraId="4288510B" w14:textId="77777777" w:rsidR="00ED1FF6" w:rsidRPr="00283B7E" w:rsidRDefault="00ED1FF6" w:rsidP="00ED1FF6">
      <w:pPr>
        <w:spacing w:after="0"/>
        <w:rPr>
          <w:rFonts w:ascii="Times New Roman" w:hAnsi="Times New Roman" w:cs="Times New Roman"/>
        </w:rPr>
      </w:pPr>
    </w:p>
    <w:p w14:paraId="206A4C98" w14:textId="1502C4FE" w:rsidR="002F25A8" w:rsidRPr="00283B7E" w:rsidRDefault="00000000" w:rsidP="00ED1F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3B7E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F25A8" w:rsidRPr="00283B7E">
        <w:rPr>
          <w:rFonts w:ascii="Times New Roman" w:hAnsi="Times New Roman" w:cs="Times New Roman"/>
          <w:b/>
          <w:sz w:val="24"/>
          <w:szCs w:val="24"/>
        </w:rPr>
        <w:t>NEIZRAVNI TROŠKOVI</w:t>
      </w:r>
    </w:p>
    <w:p w14:paraId="755628E4" w14:textId="77A9CE4B" w:rsidR="00ED1FF6" w:rsidRPr="00283B7E" w:rsidRDefault="00ED1FF6" w:rsidP="00ED1FF6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Cs w:val="18"/>
        </w:rPr>
      </w:pPr>
      <w:proofErr w:type="spellStart"/>
      <w:r w:rsidRPr="00283B7E">
        <w:rPr>
          <w:rFonts w:ascii="Times New Roman" w:hAnsi="Times New Roman" w:cs="Times New Roman"/>
          <w:i/>
        </w:rPr>
        <w:t>Upišite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razmjerni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dio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općih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troškova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povezanih</w:t>
      </w:r>
      <w:proofErr w:type="spellEnd"/>
      <w:r w:rsidRPr="00283B7E">
        <w:rPr>
          <w:rFonts w:ascii="Times New Roman" w:hAnsi="Times New Roman" w:cs="Times New Roman"/>
          <w:i/>
        </w:rPr>
        <w:t xml:space="preserve"> s </w:t>
      </w:r>
      <w:proofErr w:type="spellStart"/>
      <w:r w:rsidRPr="00283B7E">
        <w:rPr>
          <w:rFonts w:ascii="Times New Roman" w:hAnsi="Times New Roman" w:cs="Times New Roman"/>
          <w:i/>
        </w:rPr>
        <w:t>provedbom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programa</w:t>
      </w:r>
      <w:proofErr w:type="spellEnd"/>
      <w:r w:rsidRPr="00283B7E">
        <w:rPr>
          <w:rFonts w:ascii="Times New Roman" w:hAnsi="Times New Roman" w:cs="Times New Roman"/>
          <w:i/>
        </w:rPr>
        <w:t>/</w:t>
      </w:r>
      <w:proofErr w:type="spellStart"/>
      <w:r w:rsidRPr="00283B7E">
        <w:rPr>
          <w:rFonts w:ascii="Times New Roman" w:hAnsi="Times New Roman" w:cs="Times New Roman"/>
          <w:i/>
        </w:rPr>
        <w:t>projekta</w:t>
      </w:r>
      <w:proofErr w:type="spellEnd"/>
      <w:r w:rsidRPr="00283B7E">
        <w:rPr>
          <w:rFonts w:ascii="Times New Roman" w:hAnsi="Times New Roman" w:cs="Times New Roman"/>
          <w:i/>
        </w:rPr>
        <w:t xml:space="preserve"> (</w:t>
      </w:r>
      <w:proofErr w:type="spellStart"/>
      <w:r w:rsidRPr="00283B7E">
        <w:rPr>
          <w:rFonts w:ascii="Times New Roman" w:hAnsi="Times New Roman" w:cs="Times New Roman"/>
          <w:i/>
        </w:rPr>
        <w:t>npr</w:t>
      </w:r>
      <w:proofErr w:type="spellEnd"/>
      <w:r w:rsidRPr="00283B7E">
        <w:rPr>
          <w:rFonts w:ascii="Times New Roman" w:hAnsi="Times New Roman" w:cs="Times New Roman"/>
          <w:i/>
        </w:rPr>
        <w:t xml:space="preserve">. </w:t>
      </w:r>
      <w:proofErr w:type="spellStart"/>
      <w:r w:rsidRPr="00283B7E">
        <w:rPr>
          <w:rFonts w:ascii="Times New Roman" w:hAnsi="Times New Roman" w:cs="Times New Roman"/>
          <w:i/>
        </w:rPr>
        <w:t>režije</w:t>
      </w:r>
      <w:proofErr w:type="spellEnd"/>
      <w:r w:rsidRPr="00283B7E">
        <w:rPr>
          <w:rFonts w:ascii="Times New Roman" w:hAnsi="Times New Roman" w:cs="Times New Roman"/>
          <w:i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</w:rPr>
        <w:t>uredski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materijal</w:t>
      </w:r>
      <w:proofErr w:type="spellEnd"/>
      <w:r w:rsidRPr="00283B7E">
        <w:rPr>
          <w:rFonts w:ascii="Times New Roman" w:hAnsi="Times New Roman" w:cs="Times New Roman"/>
          <w:i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</w:rPr>
        <w:t>telefon</w:t>
      </w:r>
      <w:proofErr w:type="spellEnd"/>
      <w:r w:rsidRPr="00283B7E">
        <w:rPr>
          <w:rFonts w:ascii="Times New Roman" w:hAnsi="Times New Roman" w:cs="Times New Roman"/>
          <w:i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</w:rPr>
        <w:t>pošta</w:t>
      </w:r>
      <w:proofErr w:type="spellEnd"/>
      <w:r w:rsidRPr="00283B7E">
        <w:rPr>
          <w:rFonts w:ascii="Times New Roman" w:hAnsi="Times New Roman" w:cs="Times New Roman"/>
          <w:i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</w:rPr>
        <w:t>knjigovodstvo</w:t>
      </w:r>
      <w:proofErr w:type="spellEnd"/>
      <w:r w:rsidRPr="00283B7E">
        <w:rPr>
          <w:rFonts w:ascii="Times New Roman" w:hAnsi="Times New Roman" w:cs="Times New Roman"/>
          <w:i/>
        </w:rPr>
        <w:t>)</w:t>
      </w:r>
      <w:r w:rsidRPr="00283B7E">
        <w:rPr>
          <w:rFonts w:ascii="Times New Roman" w:hAnsi="Times New Roman" w:cs="Times New Roman"/>
          <w:i/>
          <w:iCs/>
          <w:szCs w:val="18"/>
        </w:rPr>
        <w:t>.</w:t>
      </w:r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Neizravni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troškovi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mogu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iznositi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najviše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20 %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ukupnog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odobrenog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iznosa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 xml:space="preserve"> </w:t>
      </w:r>
      <w:proofErr w:type="spellStart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financiranja</w:t>
      </w:r>
      <w:proofErr w:type="spellEnd"/>
      <w:r w:rsidRPr="00283B7E">
        <w:rPr>
          <w:rFonts w:ascii="Times New Roman" w:hAnsi="Times New Roman" w:cs="Times New Roman"/>
          <w:b/>
          <w:bCs/>
          <w:i/>
          <w:iCs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6834"/>
        <w:gridCol w:w="1548"/>
        <w:gridCol w:w="1487"/>
      </w:tblGrid>
      <w:tr w:rsidR="00ED1FF6" w:rsidRPr="00283B7E" w14:paraId="34A30BD0" w14:textId="77777777" w:rsidTr="004B4C60">
        <w:tc>
          <w:tcPr>
            <w:tcW w:w="604" w:type="dxa"/>
            <w:shd w:val="clear" w:color="auto" w:fill="E7E6E6"/>
            <w:vAlign w:val="center"/>
          </w:tcPr>
          <w:p w14:paraId="581B0BC0" w14:textId="77777777" w:rsidR="00ED1FF6" w:rsidRPr="00283B7E" w:rsidRDefault="00ED1FF6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R.br.</w:t>
            </w:r>
          </w:p>
        </w:tc>
        <w:tc>
          <w:tcPr>
            <w:tcW w:w="6945" w:type="dxa"/>
            <w:shd w:val="clear" w:color="auto" w:fill="E7E6E6"/>
            <w:vAlign w:val="center"/>
          </w:tcPr>
          <w:p w14:paraId="209EB5F8" w14:textId="77777777" w:rsidR="00ED1FF6" w:rsidRPr="00283B7E" w:rsidRDefault="00ED1FF6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Aktivnost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trošak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izračun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03B7B02F" w14:textId="77777777" w:rsidR="00ED1FF6" w:rsidRPr="00283B7E" w:rsidRDefault="00ED1FF6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Ukupno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501" w:type="dxa"/>
            <w:shd w:val="clear" w:color="auto" w:fill="E7E6E6"/>
            <w:vAlign w:val="center"/>
          </w:tcPr>
          <w:p w14:paraId="38EE9A52" w14:textId="77777777" w:rsidR="00ED1FF6" w:rsidRPr="00283B7E" w:rsidRDefault="00ED1FF6" w:rsidP="004B4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3B7E">
              <w:rPr>
                <w:rFonts w:ascii="Times New Roman" w:hAnsi="Times New Roman" w:cs="Times New Roman"/>
                <w:b/>
                <w:sz w:val="20"/>
                <w:szCs w:val="20"/>
              </w:rPr>
              <w:t>Od Grada (€)</w:t>
            </w:r>
          </w:p>
        </w:tc>
      </w:tr>
      <w:tr w:rsidR="00ED1FF6" w:rsidRPr="00283B7E" w14:paraId="40E2AE0A" w14:textId="77777777" w:rsidTr="004B4C60">
        <w:trPr>
          <w:trHeight w:val="354"/>
        </w:trPr>
        <w:tc>
          <w:tcPr>
            <w:tcW w:w="604" w:type="dxa"/>
            <w:vAlign w:val="center"/>
          </w:tcPr>
          <w:p w14:paraId="6E090419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45" w:type="dxa"/>
            <w:vAlign w:val="center"/>
          </w:tcPr>
          <w:p w14:paraId="6AEF359B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5E86554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F84489D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009BA559" w14:textId="77777777" w:rsidTr="004B4C60">
        <w:trPr>
          <w:trHeight w:val="146"/>
        </w:trPr>
        <w:tc>
          <w:tcPr>
            <w:tcW w:w="604" w:type="dxa"/>
            <w:vAlign w:val="center"/>
          </w:tcPr>
          <w:p w14:paraId="533B8AFA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45" w:type="dxa"/>
            <w:vAlign w:val="center"/>
          </w:tcPr>
          <w:p w14:paraId="2E4F6E64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84AB670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2545C4CD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42746B49" w14:textId="77777777" w:rsidTr="004B4C60">
        <w:trPr>
          <w:trHeight w:val="178"/>
        </w:trPr>
        <w:tc>
          <w:tcPr>
            <w:tcW w:w="604" w:type="dxa"/>
            <w:vAlign w:val="center"/>
          </w:tcPr>
          <w:p w14:paraId="6E22F5A3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945" w:type="dxa"/>
            <w:vAlign w:val="center"/>
          </w:tcPr>
          <w:p w14:paraId="4E3651CC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4ECCD90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B96C79B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7B8809C4" w14:textId="77777777" w:rsidTr="004B4C60">
        <w:trPr>
          <w:trHeight w:val="69"/>
        </w:trPr>
        <w:tc>
          <w:tcPr>
            <w:tcW w:w="604" w:type="dxa"/>
            <w:vAlign w:val="center"/>
          </w:tcPr>
          <w:p w14:paraId="0744B188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945" w:type="dxa"/>
            <w:vAlign w:val="center"/>
          </w:tcPr>
          <w:p w14:paraId="715B51FF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7658830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D2690A5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127535BF" w14:textId="77777777" w:rsidTr="004B4C60">
        <w:trPr>
          <w:trHeight w:val="100"/>
        </w:trPr>
        <w:tc>
          <w:tcPr>
            <w:tcW w:w="604" w:type="dxa"/>
            <w:vAlign w:val="center"/>
          </w:tcPr>
          <w:p w14:paraId="2CEB9FE9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945" w:type="dxa"/>
            <w:vAlign w:val="center"/>
          </w:tcPr>
          <w:p w14:paraId="66628349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6C5378F5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9544F5B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068297A4" w14:textId="77777777" w:rsidTr="004B4C60">
        <w:trPr>
          <w:trHeight w:val="132"/>
        </w:trPr>
        <w:tc>
          <w:tcPr>
            <w:tcW w:w="604" w:type="dxa"/>
            <w:vAlign w:val="center"/>
          </w:tcPr>
          <w:p w14:paraId="359B9224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945" w:type="dxa"/>
            <w:vAlign w:val="center"/>
          </w:tcPr>
          <w:p w14:paraId="2C4239EF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3B54AEA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D079240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776060A6" w14:textId="77777777" w:rsidTr="004B4C60">
        <w:trPr>
          <w:trHeight w:val="58"/>
        </w:trPr>
        <w:tc>
          <w:tcPr>
            <w:tcW w:w="604" w:type="dxa"/>
            <w:vAlign w:val="center"/>
          </w:tcPr>
          <w:p w14:paraId="5B0021C1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945" w:type="dxa"/>
            <w:vAlign w:val="center"/>
          </w:tcPr>
          <w:p w14:paraId="2F1BC547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76BF84D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64219510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47AAB417" w14:textId="77777777" w:rsidTr="004B4C60">
        <w:trPr>
          <w:trHeight w:val="68"/>
        </w:trPr>
        <w:tc>
          <w:tcPr>
            <w:tcW w:w="604" w:type="dxa"/>
            <w:vAlign w:val="center"/>
          </w:tcPr>
          <w:p w14:paraId="4768B857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945" w:type="dxa"/>
            <w:vAlign w:val="center"/>
          </w:tcPr>
          <w:p w14:paraId="1774BB26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43C569A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49D33BD2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7A7ACC98" w14:textId="77777777" w:rsidTr="004B4C60">
        <w:trPr>
          <w:trHeight w:val="68"/>
        </w:trPr>
        <w:tc>
          <w:tcPr>
            <w:tcW w:w="604" w:type="dxa"/>
            <w:vAlign w:val="center"/>
          </w:tcPr>
          <w:p w14:paraId="7ACBB729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945" w:type="dxa"/>
            <w:vAlign w:val="center"/>
          </w:tcPr>
          <w:p w14:paraId="743E93CE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FB9460A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21C0BF62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3E2112A9" w14:textId="77777777" w:rsidTr="004B4C60">
        <w:trPr>
          <w:trHeight w:val="68"/>
        </w:trPr>
        <w:tc>
          <w:tcPr>
            <w:tcW w:w="604" w:type="dxa"/>
            <w:vAlign w:val="center"/>
          </w:tcPr>
          <w:p w14:paraId="5407D3AF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945" w:type="dxa"/>
            <w:vAlign w:val="center"/>
          </w:tcPr>
          <w:p w14:paraId="4B50D324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6C0DB80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5FB1AC05" w14:textId="77777777" w:rsidR="00ED1FF6" w:rsidRPr="00283B7E" w:rsidRDefault="00ED1FF6" w:rsidP="00283B7E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ED1FF6" w:rsidRPr="00283B7E" w14:paraId="68EBEE18" w14:textId="77777777" w:rsidTr="004B4C60">
        <w:trPr>
          <w:trHeight w:val="454"/>
        </w:trPr>
        <w:tc>
          <w:tcPr>
            <w:tcW w:w="7549" w:type="dxa"/>
            <w:gridSpan w:val="2"/>
            <w:shd w:val="clear" w:color="auto" w:fill="E7E6E6"/>
            <w:vAlign w:val="center"/>
          </w:tcPr>
          <w:p w14:paraId="15D5A4E1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 w:rsidRPr="00283B7E">
              <w:rPr>
                <w:rFonts w:ascii="Times New Roman" w:hAnsi="Times New Roman" w:cs="Times New Roman"/>
                <w:b/>
              </w:rPr>
              <w:t>UKUPNO</w:t>
            </w:r>
          </w:p>
        </w:tc>
        <w:tc>
          <w:tcPr>
            <w:tcW w:w="1560" w:type="dxa"/>
            <w:vAlign w:val="center"/>
          </w:tcPr>
          <w:p w14:paraId="40230A27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vAlign w:val="center"/>
          </w:tcPr>
          <w:p w14:paraId="1B495FC6" w14:textId="77777777" w:rsidR="00ED1FF6" w:rsidRPr="00283B7E" w:rsidRDefault="00ED1FF6" w:rsidP="00283B7E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1B220F1" w14:textId="4310AC32" w:rsidR="00D2179D" w:rsidRPr="00283B7E" w:rsidRDefault="00ED1FF6" w:rsidP="00ED1FF6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83B7E">
        <w:rPr>
          <w:rFonts w:ascii="Times New Roman" w:hAnsi="Times New Roman" w:cs="Times New Roman"/>
          <w:b/>
          <w:sz w:val="24"/>
          <w:szCs w:val="24"/>
        </w:rPr>
        <w:lastRenderedPageBreak/>
        <w:t>C. IZVORI FINANCIRANJA</w:t>
      </w:r>
    </w:p>
    <w:p w14:paraId="17888AB0" w14:textId="49319F1B" w:rsidR="00883DC4" w:rsidRPr="00283B7E" w:rsidRDefault="00883DC4" w:rsidP="00883DC4">
      <w:pPr>
        <w:rPr>
          <w:rFonts w:ascii="Times New Roman" w:hAnsi="Times New Roman" w:cs="Times New Roman"/>
        </w:rPr>
      </w:pPr>
      <w:r w:rsidRPr="00283B7E">
        <w:rPr>
          <w:rFonts w:ascii="Times New Roman" w:hAnsi="Times New Roman" w:cs="Times New Roman"/>
          <w:i/>
        </w:rPr>
        <w:t xml:space="preserve">Ako </w:t>
      </w:r>
      <w:proofErr w:type="spellStart"/>
      <w:r w:rsidRPr="00283B7E">
        <w:rPr>
          <w:rFonts w:ascii="Times New Roman" w:hAnsi="Times New Roman" w:cs="Times New Roman"/>
          <w:i/>
        </w:rPr>
        <w:t>postoje</w:t>
      </w:r>
      <w:proofErr w:type="spellEnd"/>
      <w:r w:rsidRPr="00283B7E">
        <w:rPr>
          <w:rFonts w:ascii="Times New Roman" w:hAnsi="Times New Roman" w:cs="Times New Roman"/>
          <w:i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</w:rPr>
        <w:t>navedite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druge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izvore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iz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kojih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će</w:t>
      </w:r>
      <w:proofErr w:type="spellEnd"/>
      <w:r w:rsidRPr="00283B7E">
        <w:rPr>
          <w:rFonts w:ascii="Times New Roman" w:hAnsi="Times New Roman" w:cs="Times New Roman"/>
          <w:i/>
        </w:rPr>
        <w:t xml:space="preserve"> se program/</w:t>
      </w:r>
      <w:proofErr w:type="spellStart"/>
      <w:r w:rsidRPr="00283B7E">
        <w:rPr>
          <w:rFonts w:ascii="Times New Roman" w:hAnsi="Times New Roman" w:cs="Times New Roman"/>
          <w:i/>
        </w:rPr>
        <w:t>projekt</w:t>
      </w:r>
      <w:proofErr w:type="spellEnd"/>
      <w:r w:rsidRPr="00283B7E">
        <w:rPr>
          <w:rFonts w:ascii="Times New Roman" w:hAnsi="Times New Roman" w:cs="Times New Roman"/>
          <w:i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</w:rPr>
        <w:t>financirati</w:t>
      </w:r>
      <w:proofErr w:type="spellEnd"/>
      <w:r w:rsidRPr="00283B7E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8"/>
        <w:gridCol w:w="1558"/>
        <w:gridCol w:w="4474"/>
      </w:tblGrid>
      <w:tr w:rsidR="00D2179D" w:rsidRPr="00283B7E" w14:paraId="6E6D35D7" w14:textId="77777777" w:rsidTr="00883DC4">
        <w:tc>
          <w:tcPr>
            <w:tcW w:w="4503" w:type="dxa"/>
            <w:shd w:val="clear" w:color="auto" w:fill="E7E6E6"/>
            <w:vAlign w:val="center"/>
          </w:tcPr>
          <w:p w14:paraId="39A69F42" w14:textId="77777777" w:rsidR="00D2179D" w:rsidRPr="00283B7E" w:rsidRDefault="00000000" w:rsidP="00ED1FF6">
            <w:pPr>
              <w:rPr>
                <w:rFonts w:ascii="Times New Roman" w:hAnsi="Times New Roman" w:cs="Times New Roman"/>
                <w:sz w:val="22"/>
              </w:rPr>
            </w:pPr>
            <w:r w:rsidRPr="00283B7E">
              <w:rPr>
                <w:rFonts w:ascii="Times New Roman" w:hAnsi="Times New Roman" w:cs="Times New Roman"/>
                <w:b/>
                <w:sz w:val="22"/>
              </w:rPr>
              <w:t xml:space="preserve">Izvor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financiranja</w:t>
            </w:r>
            <w:proofErr w:type="spellEnd"/>
          </w:p>
        </w:tc>
        <w:tc>
          <w:tcPr>
            <w:tcW w:w="1559" w:type="dxa"/>
            <w:shd w:val="clear" w:color="auto" w:fill="E7E6E6"/>
            <w:vAlign w:val="center"/>
          </w:tcPr>
          <w:p w14:paraId="48387B6C" w14:textId="77777777" w:rsidR="00D2179D" w:rsidRPr="00283B7E" w:rsidRDefault="00000000" w:rsidP="00ED1FF6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Iznos</w:t>
            </w:r>
            <w:proofErr w:type="spellEnd"/>
            <w:r w:rsidRPr="00283B7E">
              <w:rPr>
                <w:rFonts w:ascii="Times New Roman" w:hAnsi="Times New Roman" w:cs="Times New Roman"/>
                <w:b/>
                <w:sz w:val="22"/>
              </w:rPr>
              <w:t xml:space="preserve"> (EUR)</w:t>
            </w:r>
          </w:p>
        </w:tc>
        <w:tc>
          <w:tcPr>
            <w:tcW w:w="4477" w:type="dxa"/>
            <w:shd w:val="clear" w:color="auto" w:fill="E7E6E6"/>
            <w:vAlign w:val="center"/>
          </w:tcPr>
          <w:p w14:paraId="39E3ACE9" w14:textId="387AFD96" w:rsidR="00D2179D" w:rsidRPr="00283B7E" w:rsidRDefault="00000000" w:rsidP="00ED1FF6">
            <w:pPr>
              <w:rPr>
                <w:rFonts w:ascii="Times New Roman" w:hAnsi="Times New Roman" w:cs="Times New Roman"/>
                <w:sz w:val="22"/>
              </w:rPr>
            </w:pPr>
            <w:r w:rsidRPr="00283B7E">
              <w:rPr>
                <w:rFonts w:ascii="Times New Roman" w:hAnsi="Times New Roman" w:cs="Times New Roman"/>
                <w:b/>
                <w:sz w:val="22"/>
              </w:rPr>
              <w:t xml:space="preserve">Status / </w:t>
            </w:r>
            <w:proofErr w:type="spellStart"/>
            <w:r w:rsidRPr="00283B7E">
              <w:rPr>
                <w:rFonts w:ascii="Times New Roman" w:hAnsi="Times New Roman" w:cs="Times New Roman"/>
                <w:b/>
                <w:sz w:val="22"/>
              </w:rPr>
              <w:t>napom</w:t>
            </w:r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>ena</w:t>
            </w:r>
            <w:proofErr w:type="spellEnd"/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 xml:space="preserve"> (</w:t>
            </w:r>
            <w:proofErr w:type="spellStart"/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>odobreno</w:t>
            </w:r>
            <w:proofErr w:type="spellEnd"/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>zatraženo</w:t>
            </w:r>
            <w:proofErr w:type="spellEnd"/>
            <w:r w:rsidR="00883DC4" w:rsidRPr="00283B7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</w:tr>
      <w:tr w:rsidR="00D2179D" w:rsidRPr="00283B7E" w14:paraId="7CC34167" w14:textId="77777777" w:rsidTr="00883DC4">
        <w:tc>
          <w:tcPr>
            <w:tcW w:w="4503" w:type="dxa"/>
            <w:vAlign w:val="center"/>
          </w:tcPr>
          <w:p w14:paraId="6EB77915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283B7E">
              <w:rPr>
                <w:rFonts w:ascii="Times New Roman" w:hAnsi="Times New Roman" w:cs="Times New Roman"/>
                <w:sz w:val="22"/>
              </w:rPr>
              <w:t>Grad Kaštela</w:t>
            </w:r>
          </w:p>
        </w:tc>
        <w:tc>
          <w:tcPr>
            <w:tcW w:w="1559" w:type="dxa"/>
            <w:vAlign w:val="center"/>
          </w:tcPr>
          <w:p w14:paraId="0FACFDC3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7A8FE14D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179D" w:rsidRPr="00283B7E" w14:paraId="3802C852" w14:textId="77777777" w:rsidTr="00883DC4">
        <w:tc>
          <w:tcPr>
            <w:tcW w:w="4503" w:type="dxa"/>
            <w:vAlign w:val="center"/>
          </w:tcPr>
          <w:p w14:paraId="69B10520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Vlastita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sredstva</w:t>
            </w:r>
            <w:proofErr w:type="spellEnd"/>
          </w:p>
        </w:tc>
        <w:tc>
          <w:tcPr>
            <w:tcW w:w="1559" w:type="dxa"/>
            <w:vAlign w:val="center"/>
          </w:tcPr>
          <w:p w14:paraId="471E8E71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7A4B5B84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179D" w:rsidRPr="00283B7E" w14:paraId="1B1CCB93" w14:textId="77777777" w:rsidTr="00883DC4">
        <w:tc>
          <w:tcPr>
            <w:tcW w:w="4503" w:type="dxa"/>
            <w:vAlign w:val="center"/>
          </w:tcPr>
          <w:p w14:paraId="5DCBC4E2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Ministarstvo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Županija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drugi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javni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izvori</w:t>
            </w:r>
            <w:proofErr w:type="spellEnd"/>
          </w:p>
        </w:tc>
        <w:tc>
          <w:tcPr>
            <w:tcW w:w="1559" w:type="dxa"/>
            <w:vAlign w:val="center"/>
          </w:tcPr>
          <w:p w14:paraId="6D4CFCCC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3D8B1120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179D" w:rsidRPr="00283B7E" w14:paraId="2C1C9CE7" w14:textId="77777777" w:rsidTr="00883DC4">
        <w:tc>
          <w:tcPr>
            <w:tcW w:w="4503" w:type="dxa"/>
            <w:vAlign w:val="center"/>
          </w:tcPr>
          <w:p w14:paraId="3ABA7CCD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Sponzori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283B7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donacije</w:t>
            </w:r>
            <w:proofErr w:type="spellEnd"/>
          </w:p>
        </w:tc>
        <w:tc>
          <w:tcPr>
            <w:tcW w:w="1559" w:type="dxa"/>
            <w:vAlign w:val="center"/>
          </w:tcPr>
          <w:p w14:paraId="1F52995E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3ED27D45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179D" w:rsidRPr="00283B7E" w14:paraId="1FBBF3DE" w14:textId="77777777" w:rsidTr="00883DC4">
        <w:tc>
          <w:tcPr>
            <w:tcW w:w="4503" w:type="dxa"/>
            <w:vAlign w:val="center"/>
          </w:tcPr>
          <w:p w14:paraId="60BC25C7" w14:textId="73B9CB04" w:rsidR="00D2179D" w:rsidRPr="00283B7E" w:rsidRDefault="00883DC4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83B7E">
              <w:rPr>
                <w:rFonts w:ascii="Times New Roman" w:hAnsi="Times New Roman" w:cs="Times New Roman"/>
                <w:sz w:val="22"/>
              </w:rPr>
              <w:t>Ostalo</w:t>
            </w:r>
            <w:proofErr w:type="spellEnd"/>
          </w:p>
        </w:tc>
        <w:tc>
          <w:tcPr>
            <w:tcW w:w="1559" w:type="dxa"/>
            <w:vAlign w:val="center"/>
          </w:tcPr>
          <w:p w14:paraId="2D0237A8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491E053E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179D" w:rsidRPr="00283B7E" w14:paraId="360F373F" w14:textId="77777777" w:rsidTr="00283B7E">
        <w:trPr>
          <w:trHeight w:val="58"/>
        </w:trPr>
        <w:tc>
          <w:tcPr>
            <w:tcW w:w="4503" w:type="dxa"/>
            <w:shd w:val="clear" w:color="auto" w:fill="F2F2F2" w:themeFill="background1" w:themeFillShade="F2"/>
            <w:vAlign w:val="center"/>
          </w:tcPr>
          <w:p w14:paraId="0887450C" w14:textId="77777777" w:rsidR="00D2179D" w:rsidRPr="00283B7E" w:rsidRDefault="00000000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283B7E">
              <w:rPr>
                <w:rFonts w:ascii="Times New Roman" w:hAnsi="Times New Roman" w:cs="Times New Roman"/>
                <w:b/>
                <w:sz w:val="22"/>
              </w:rPr>
              <w:t>UKUPNO</w:t>
            </w:r>
          </w:p>
        </w:tc>
        <w:tc>
          <w:tcPr>
            <w:tcW w:w="1559" w:type="dxa"/>
            <w:vAlign w:val="center"/>
          </w:tcPr>
          <w:p w14:paraId="48709614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477" w:type="dxa"/>
            <w:vAlign w:val="center"/>
          </w:tcPr>
          <w:p w14:paraId="223A6A5D" w14:textId="77777777" w:rsidR="00D2179D" w:rsidRPr="00283B7E" w:rsidRDefault="00D2179D" w:rsidP="00283B7E">
            <w:pPr>
              <w:spacing w:before="40" w:after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32994C4" w14:textId="77777777" w:rsidR="00883DC4" w:rsidRPr="00283B7E" w:rsidRDefault="00883DC4" w:rsidP="00ED1F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F4CD8C" w14:textId="77777777" w:rsidR="00883DC4" w:rsidRPr="00283B7E" w:rsidRDefault="00883DC4" w:rsidP="00883DC4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Potpisom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prijave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prijavitelj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potvrđuje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da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su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troškovi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povezani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s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programom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projektom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opravdani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dokazivi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te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da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isti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trošak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neće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biti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dvostruko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financiran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iz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javnih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3B7E">
        <w:rPr>
          <w:rFonts w:ascii="Times New Roman" w:hAnsi="Times New Roman" w:cs="Times New Roman"/>
          <w:i/>
          <w:iCs/>
          <w:sz w:val="20"/>
          <w:szCs w:val="20"/>
        </w:rPr>
        <w:t>izvora</w:t>
      </w:r>
      <w:proofErr w:type="spellEnd"/>
      <w:r w:rsidRPr="00283B7E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3B32F405" w14:textId="6444C06C" w:rsidR="00D2179D" w:rsidRPr="00283B7E" w:rsidRDefault="00D2179D" w:rsidP="00ED1FF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32"/>
      </w:tblGrid>
      <w:tr w:rsidR="00C20E3B" w:rsidRPr="00283B7E" w14:paraId="14BC891A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74D96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2BC84E62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3C5BE" w14:textId="77777777" w:rsidR="00C20E3B" w:rsidRPr="00283B7E" w:rsidRDefault="00C20E3B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283B7E">
              <w:rPr>
                <w:rFonts w:ascii="Times New Roman" w:eastAsia="Arial Unicode MS" w:hAnsi="Times New Roman" w:cs="Times New Roman"/>
                <w:b/>
              </w:rPr>
              <w:t>MP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5D014" w14:textId="77777777" w:rsidR="00C20E3B" w:rsidRPr="00283B7E" w:rsidRDefault="00C20E3B" w:rsidP="009B530E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C20E3B" w:rsidRPr="00283B7E" w14:paraId="2A2FD5B6" w14:textId="77777777" w:rsidTr="009B530E"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1FE46B69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ime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i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prezime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osobe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ovlaštene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 xml:space="preserve"> za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zastupanje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96121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32" w:type="dxa"/>
            <w:tcBorders>
              <w:left w:val="nil"/>
              <w:bottom w:val="nil"/>
              <w:right w:val="nil"/>
            </w:tcBorders>
          </w:tcPr>
          <w:p w14:paraId="320FFB7E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ime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prezime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voditelja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programa</w:t>
            </w:r>
            <w:proofErr w:type="spellEnd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/</w:t>
            </w: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projekta</w:t>
            </w:r>
            <w:proofErr w:type="spellEnd"/>
          </w:p>
        </w:tc>
      </w:tr>
    </w:tbl>
    <w:p w14:paraId="08265ECB" w14:textId="77777777" w:rsidR="00C20E3B" w:rsidRPr="00283B7E" w:rsidRDefault="00C20E3B" w:rsidP="00C20E3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  <w:r w:rsidRPr="00283B7E">
        <w:rPr>
          <w:rFonts w:ascii="Times New Roman" w:eastAsia="Arial Unicode MS" w:hAnsi="Times New Roman" w:cs="Times New Roman"/>
          <w:b/>
        </w:rPr>
        <w:t xml:space="preserve">            </w:t>
      </w:r>
    </w:p>
    <w:p w14:paraId="430F43A6" w14:textId="77777777" w:rsidR="00C20E3B" w:rsidRPr="00283B7E" w:rsidRDefault="00C20E3B" w:rsidP="00C20E3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27"/>
      </w:tblGrid>
      <w:tr w:rsidR="00C20E3B" w:rsidRPr="00283B7E" w14:paraId="15141690" w14:textId="77777777" w:rsidTr="009B530E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31018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9AD4BEC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83B7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68976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20E3B" w:rsidRPr="00283B7E" w14:paraId="7BE062E2" w14:textId="77777777" w:rsidTr="009B530E">
        <w:tblPrEx>
          <w:tblCellMar>
            <w:bottom w:w="0" w:type="dxa"/>
          </w:tblCellMar>
        </w:tblPrEx>
        <w:trPr>
          <w:trHeight w:val="58"/>
        </w:trPr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3EB2499C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8BEC175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291092E7" w14:textId="77777777" w:rsidR="00C20E3B" w:rsidRPr="00283B7E" w:rsidRDefault="00C20E3B" w:rsidP="009B53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283B7E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</w:tr>
    </w:tbl>
    <w:p w14:paraId="6A3E766E" w14:textId="77777777" w:rsidR="00C20E3B" w:rsidRPr="00283B7E" w:rsidRDefault="00C20E3B" w:rsidP="00C20E3B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tbl>
      <w:tblPr>
        <w:tblW w:w="575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359"/>
        <w:gridCol w:w="3193"/>
        <w:gridCol w:w="236"/>
        <w:gridCol w:w="1967"/>
      </w:tblGrid>
      <w:tr w:rsidR="00C20E3B" w:rsidRPr="00283B7E" w14:paraId="04609714" w14:textId="77777777" w:rsidTr="009B530E">
        <w:tc>
          <w:tcPr>
            <w:tcW w:w="359" w:type="dxa"/>
            <w:vAlign w:val="center"/>
          </w:tcPr>
          <w:p w14:paraId="79523D63" w14:textId="77777777" w:rsidR="00C20E3B" w:rsidRPr="00283B7E" w:rsidRDefault="00C20E3B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Cs/>
              </w:rPr>
            </w:pPr>
            <w:r w:rsidRPr="00283B7E">
              <w:rPr>
                <w:rFonts w:ascii="Times New Roman" w:eastAsia="Arial Narrow" w:hAnsi="Times New Roman" w:cs="Times New Roman"/>
                <w:bCs/>
              </w:rPr>
              <w:t>U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vAlign w:val="center"/>
          </w:tcPr>
          <w:p w14:paraId="630A0097" w14:textId="77777777" w:rsidR="00C20E3B" w:rsidRPr="00283B7E" w:rsidRDefault="00C20E3B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283B7E">
              <w:rPr>
                <w:rFonts w:ascii="Times New Roman" w:eastAsia="Arial Narrow" w:hAnsi="Times New Roman" w:cs="Times New Roman"/>
              </w:rPr>
              <w:t xml:space="preserve"> </w:t>
            </w:r>
          </w:p>
        </w:tc>
        <w:tc>
          <w:tcPr>
            <w:tcW w:w="236" w:type="dxa"/>
            <w:vAlign w:val="center"/>
          </w:tcPr>
          <w:p w14:paraId="11C583FD" w14:textId="77777777" w:rsidR="00C20E3B" w:rsidRPr="00283B7E" w:rsidRDefault="00C20E3B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283B7E">
              <w:rPr>
                <w:rFonts w:ascii="Times New Roman" w:eastAsia="Arial Narrow" w:hAnsi="Times New Roman" w:cs="Times New Roman"/>
                <w:b/>
              </w:rPr>
              <w:t>,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6165404C" w14:textId="77777777" w:rsidR="00C20E3B" w:rsidRPr="00283B7E" w:rsidRDefault="00C20E3B" w:rsidP="009B530E">
            <w:pPr>
              <w:spacing w:after="0"/>
              <w:rPr>
                <w:rFonts w:ascii="Times New Roman" w:eastAsia="Arial Narrow" w:hAnsi="Times New Roman" w:cs="Times New Roman"/>
              </w:rPr>
            </w:pPr>
          </w:p>
        </w:tc>
      </w:tr>
      <w:tr w:rsidR="00C20E3B" w:rsidRPr="00283B7E" w14:paraId="7697EE8B" w14:textId="77777777" w:rsidTr="009B530E">
        <w:tc>
          <w:tcPr>
            <w:tcW w:w="359" w:type="dxa"/>
            <w:vAlign w:val="center"/>
          </w:tcPr>
          <w:p w14:paraId="08908A39" w14:textId="77777777" w:rsidR="00C20E3B" w:rsidRPr="00283B7E" w:rsidRDefault="00C20E3B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3193" w:type="dxa"/>
            <w:tcBorders>
              <w:top w:val="single" w:sz="4" w:space="0" w:color="auto"/>
            </w:tcBorders>
            <w:vAlign w:val="center"/>
          </w:tcPr>
          <w:p w14:paraId="2C1369C6" w14:textId="77777777" w:rsidR="00C20E3B" w:rsidRPr="00283B7E" w:rsidRDefault="00C20E3B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proofErr w:type="spellStart"/>
            <w:r w:rsidRPr="00283B7E">
              <w:rPr>
                <w:rFonts w:ascii="Times New Roman" w:eastAsia="Arial Narrow" w:hAnsi="Times New Roman" w:cs="Times New Roman"/>
              </w:rPr>
              <w:t>mjesto</w:t>
            </w:r>
            <w:proofErr w:type="spellEnd"/>
          </w:p>
        </w:tc>
        <w:tc>
          <w:tcPr>
            <w:tcW w:w="236" w:type="dxa"/>
            <w:vAlign w:val="center"/>
          </w:tcPr>
          <w:p w14:paraId="7FCDAC30" w14:textId="77777777" w:rsidR="00C20E3B" w:rsidRPr="00283B7E" w:rsidRDefault="00C20E3B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1053B6C9" w14:textId="77777777" w:rsidR="00C20E3B" w:rsidRPr="00283B7E" w:rsidRDefault="00C20E3B" w:rsidP="009B530E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r w:rsidRPr="00283B7E">
              <w:rPr>
                <w:rFonts w:ascii="Times New Roman" w:eastAsia="Arial Narrow" w:hAnsi="Times New Roman" w:cs="Times New Roman"/>
              </w:rPr>
              <w:t xml:space="preserve">datum </w:t>
            </w:r>
            <w:proofErr w:type="spellStart"/>
            <w:r w:rsidRPr="00283B7E">
              <w:rPr>
                <w:rFonts w:ascii="Times New Roman" w:eastAsia="Arial Narrow" w:hAnsi="Times New Roman" w:cs="Times New Roman"/>
              </w:rPr>
              <w:t>i</w:t>
            </w:r>
            <w:proofErr w:type="spellEnd"/>
            <w:r w:rsidRPr="00283B7E">
              <w:rPr>
                <w:rFonts w:ascii="Times New Roman" w:eastAsia="Arial Narrow" w:hAnsi="Times New Roman" w:cs="Times New Roman"/>
              </w:rPr>
              <w:t xml:space="preserve"> </w:t>
            </w:r>
            <w:proofErr w:type="spellStart"/>
            <w:r w:rsidRPr="00283B7E">
              <w:rPr>
                <w:rFonts w:ascii="Times New Roman" w:eastAsia="Arial Narrow" w:hAnsi="Times New Roman" w:cs="Times New Roman"/>
              </w:rPr>
              <w:t>godina</w:t>
            </w:r>
            <w:proofErr w:type="spellEnd"/>
          </w:p>
        </w:tc>
      </w:tr>
    </w:tbl>
    <w:p w14:paraId="4013F628" w14:textId="77777777" w:rsidR="00DE464A" w:rsidRPr="00283B7E" w:rsidRDefault="00DE464A" w:rsidP="00ED1FF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E464A" w:rsidRPr="00283B7E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066EDC"/>
    <w:multiLevelType w:val="hybridMultilevel"/>
    <w:tmpl w:val="624C7DE6"/>
    <w:lvl w:ilvl="0" w:tplc="4D9CEEF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73869">
    <w:abstractNumId w:val="8"/>
  </w:num>
  <w:num w:numId="2" w16cid:durableId="2041737278">
    <w:abstractNumId w:val="6"/>
  </w:num>
  <w:num w:numId="3" w16cid:durableId="1285649886">
    <w:abstractNumId w:val="5"/>
  </w:num>
  <w:num w:numId="4" w16cid:durableId="1391420134">
    <w:abstractNumId w:val="4"/>
  </w:num>
  <w:num w:numId="5" w16cid:durableId="1766145893">
    <w:abstractNumId w:val="7"/>
  </w:num>
  <w:num w:numId="6" w16cid:durableId="662853977">
    <w:abstractNumId w:val="3"/>
  </w:num>
  <w:num w:numId="7" w16cid:durableId="1304502533">
    <w:abstractNumId w:val="2"/>
  </w:num>
  <w:num w:numId="8" w16cid:durableId="2036231573">
    <w:abstractNumId w:val="1"/>
  </w:num>
  <w:num w:numId="9" w16cid:durableId="2029212520">
    <w:abstractNumId w:val="0"/>
  </w:num>
  <w:num w:numId="10" w16cid:durableId="304554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864"/>
    <w:rsid w:val="0006063C"/>
    <w:rsid w:val="00122DF4"/>
    <w:rsid w:val="0015074B"/>
    <w:rsid w:val="00283B7E"/>
    <w:rsid w:val="0029639D"/>
    <w:rsid w:val="002F25A8"/>
    <w:rsid w:val="00326F90"/>
    <w:rsid w:val="00381F9E"/>
    <w:rsid w:val="006160DF"/>
    <w:rsid w:val="006E05D6"/>
    <w:rsid w:val="00883DC4"/>
    <w:rsid w:val="00892495"/>
    <w:rsid w:val="00AA1D8D"/>
    <w:rsid w:val="00B47730"/>
    <w:rsid w:val="00B91B71"/>
    <w:rsid w:val="00C20E3B"/>
    <w:rsid w:val="00C37B63"/>
    <w:rsid w:val="00C55DCE"/>
    <w:rsid w:val="00CB0664"/>
    <w:rsid w:val="00D2179D"/>
    <w:rsid w:val="00DE464A"/>
    <w:rsid w:val="00E15751"/>
    <w:rsid w:val="00ED1F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26087"/>
  <w14:defaultImageDpi w14:val="300"/>
  <w15:docId w15:val="{75F01A4C-D17F-4450-9823-1028B078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5</cp:revision>
  <dcterms:created xsi:type="dcterms:W3CDTF">2026-09-30T08:36:00Z</dcterms:created>
  <dcterms:modified xsi:type="dcterms:W3CDTF">2026-10-01T05:58:00Z</dcterms:modified>
  <cp:category/>
</cp:coreProperties>
</file>