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56E7C" w14:textId="77777777" w:rsidR="004F6E32" w:rsidRPr="00541A6B" w:rsidRDefault="00000000">
      <w:pPr>
        <w:jc w:val="center"/>
        <w:rPr>
          <w:rFonts w:ascii="Times New Roman" w:hAnsi="Times New Roman" w:cs="Times New Roman"/>
        </w:rPr>
      </w:pPr>
      <w:r w:rsidRPr="00541A6B">
        <w:rPr>
          <w:rFonts w:ascii="Times New Roman" w:hAnsi="Times New Roman" w:cs="Times New Roman"/>
          <w:b/>
        </w:rPr>
        <w:t>GRAD KAŠTELA</w:t>
      </w:r>
      <w:r w:rsidRPr="00541A6B">
        <w:rPr>
          <w:rFonts w:ascii="Times New Roman" w:hAnsi="Times New Roman" w:cs="Times New Roman"/>
          <w:b/>
        </w:rPr>
        <w:br/>
        <w:t>UPRAVNI ODJEL ZA DRUŠTVENE DJELATNOSTI I OPĆE POSLOVE</w:t>
      </w:r>
    </w:p>
    <w:p w14:paraId="0D9C615E" w14:textId="77777777" w:rsidR="004F6E32" w:rsidRPr="00541A6B" w:rsidRDefault="00000000">
      <w:pPr>
        <w:jc w:val="center"/>
        <w:rPr>
          <w:rFonts w:ascii="Times New Roman" w:hAnsi="Times New Roman" w:cs="Times New Roman"/>
        </w:rPr>
      </w:pPr>
      <w:r w:rsidRPr="00541A6B">
        <w:rPr>
          <w:rFonts w:ascii="Times New Roman" w:hAnsi="Times New Roman" w:cs="Times New Roman"/>
          <w:b/>
          <w:sz w:val="30"/>
        </w:rPr>
        <w:t>OBRAZAC OPISA PROGRAMA/PROJEKTA</w:t>
      </w:r>
    </w:p>
    <w:p w14:paraId="6CF4EBC2" w14:textId="6812928C" w:rsidR="009724B4" w:rsidRPr="00541A6B" w:rsidRDefault="00000000" w:rsidP="009724B4">
      <w:pPr>
        <w:jc w:val="center"/>
        <w:rPr>
          <w:rFonts w:ascii="Times New Roman" w:hAnsi="Times New Roman" w:cs="Times New Roman"/>
          <w:b/>
          <w:sz w:val="22"/>
        </w:rPr>
      </w:pPr>
      <w:r w:rsidRPr="00541A6B">
        <w:rPr>
          <w:rFonts w:ascii="Times New Roman" w:hAnsi="Times New Roman" w:cs="Times New Roman"/>
          <w:b/>
          <w:sz w:val="22"/>
        </w:rPr>
        <w:t>Javni poziv za financiranje javnih potreba u kulturi Grada Kaštela za 2027. godinu</w:t>
      </w:r>
    </w:p>
    <w:p w14:paraId="718AE93E" w14:textId="03179E3A" w:rsidR="004F6E32" w:rsidRPr="00541A6B" w:rsidRDefault="00000000" w:rsidP="009724B4">
      <w:pPr>
        <w:pStyle w:val="ListParagraph"/>
        <w:numPr>
          <w:ilvl w:val="0"/>
          <w:numId w:val="10"/>
        </w:numPr>
        <w:spacing w:after="120"/>
        <w:ind w:left="567" w:hanging="567"/>
        <w:contextualSpacing w:val="0"/>
        <w:rPr>
          <w:rFonts w:ascii="Times New Roman" w:hAnsi="Times New Roman" w:cs="Times New Roman"/>
          <w:b/>
          <w:bCs/>
        </w:rPr>
      </w:pPr>
      <w:r w:rsidRPr="00541A6B">
        <w:rPr>
          <w:rFonts w:ascii="Times New Roman" w:hAnsi="Times New Roman" w:cs="Times New Roman"/>
          <w:b/>
          <w:bCs/>
        </w:rPr>
        <w:t>PODACI O PRIJAVITELJU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75"/>
        <w:gridCol w:w="2983"/>
        <w:gridCol w:w="3811"/>
      </w:tblGrid>
      <w:tr w:rsidR="0090789E" w:rsidRPr="00541A6B" w14:paraId="3BC2A680" w14:textId="0A0A1D5E" w:rsidTr="00E67198">
        <w:trPr>
          <w:jc w:val="center"/>
        </w:trPr>
        <w:tc>
          <w:tcPr>
            <w:tcW w:w="3675" w:type="dxa"/>
            <w:shd w:val="clear" w:color="auto" w:fill="E7E6E6"/>
            <w:vAlign w:val="center"/>
          </w:tcPr>
          <w:p w14:paraId="7922D280" w14:textId="77777777" w:rsidR="0090789E" w:rsidRPr="00541A6B" w:rsidRDefault="0090789E">
            <w:pPr>
              <w:rPr>
                <w:rFonts w:ascii="Times New Roman" w:hAnsi="Times New Roman" w:cs="Times New Roman"/>
              </w:rPr>
            </w:pPr>
            <w:proofErr w:type="spellStart"/>
            <w:r w:rsidRPr="00541A6B">
              <w:rPr>
                <w:rFonts w:ascii="Times New Roman" w:hAnsi="Times New Roman" w:cs="Times New Roman"/>
                <w:b/>
                <w:sz w:val="18"/>
              </w:rPr>
              <w:t>Naziv</w:t>
            </w:r>
            <w:proofErr w:type="spellEnd"/>
            <w:r w:rsidRPr="00541A6B">
              <w:rPr>
                <w:rFonts w:ascii="Times New Roman" w:hAnsi="Times New Roman" w:cs="Times New Roman"/>
                <w:b/>
                <w:sz w:val="18"/>
              </w:rPr>
              <w:t xml:space="preserve"> / </w:t>
            </w:r>
            <w:proofErr w:type="spellStart"/>
            <w:r w:rsidRPr="00541A6B">
              <w:rPr>
                <w:rFonts w:ascii="Times New Roman" w:hAnsi="Times New Roman" w:cs="Times New Roman"/>
                <w:b/>
                <w:sz w:val="18"/>
              </w:rPr>
              <w:t>ime</w:t>
            </w:r>
            <w:proofErr w:type="spellEnd"/>
            <w:r w:rsidRPr="00541A6B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 w:rsidRPr="00541A6B">
              <w:rPr>
                <w:rFonts w:ascii="Times New Roman" w:hAnsi="Times New Roman" w:cs="Times New Roman"/>
                <w:b/>
                <w:sz w:val="18"/>
              </w:rPr>
              <w:t>i</w:t>
            </w:r>
            <w:proofErr w:type="spellEnd"/>
            <w:r w:rsidRPr="00541A6B">
              <w:rPr>
                <w:rFonts w:ascii="Times New Roman" w:hAnsi="Times New Roman" w:cs="Times New Roman"/>
                <w:b/>
                <w:sz w:val="18"/>
              </w:rPr>
              <w:t xml:space="preserve"> prezime prijavitelja</w:t>
            </w:r>
          </w:p>
        </w:tc>
        <w:tc>
          <w:tcPr>
            <w:tcW w:w="6794" w:type="dxa"/>
            <w:gridSpan w:val="2"/>
            <w:vAlign w:val="center"/>
          </w:tcPr>
          <w:p w14:paraId="4115644F" w14:textId="77777777" w:rsidR="0090789E" w:rsidRPr="00541A6B" w:rsidRDefault="0090789E" w:rsidP="00541A6B">
            <w:pPr>
              <w:spacing w:before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90789E" w:rsidRPr="00541A6B" w14:paraId="134FB643" w14:textId="6CB5F746" w:rsidTr="00E67198">
        <w:trPr>
          <w:jc w:val="center"/>
        </w:trPr>
        <w:tc>
          <w:tcPr>
            <w:tcW w:w="3675" w:type="dxa"/>
            <w:shd w:val="clear" w:color="auto" w:fill="E7E6E6"/>
            <w:vAlign w:val="center"/>
          </w:tcPr>
          <w:p w14:paraId="357A54EB" w14:textId="77777777" w:rsidR="0090789E" w:rsidRPr="00541A6B" w:rsidRDefault="0090789E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b/>
                <w:sz w:val="18"/>
              </w:rPr>
              <w:t>OIB</w:t>
            </w:r>
          </w:p>
        </w:tc>
        <w:tc>
          <w:tcPr>
            <w:tcW w:w="6794" w:type="dxa"/>
            <w:gridSpan w:val="2"/>
            <w:vAlign w:val="center"/>
          </w:tcPr>
          <w:p w14:paraId="1BDC2AB3" w14:textId="77777777" w:rsidR="0090789E" w:rsidRPr="00541A6B" w:rsidRDefault="0090789E" w:rsidP="00541A6B">
            <w:pPr>
              <w:spacing w:before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90789E" w:rsidRPr="00541A6B" w14:paraId="1D90D054" w14:textId="685EC8A7" w:rsidTr="00E67198">
        <w:trPr>
          <w:jc w:val="center"/>
        </w:trPr>
        <w:tc>
          <w:tcPr>
            <w:tcW w:w="3675" w:type="dxa"/>
            <w:shd w:val="clear" w:color="auto" w:fill="E7E6E6"/>
            <w:vAlign w:val="center"/>
          </w:tcPr>
          <w:p w14:paraId="740FEF72" w14:textId="77777777" w:rsidR="0090789E" w:rsidRPr="00541A6B" w:rsidRDefault="0090789E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b/>
                <w:sz w:val="18"/>
              </w:rPr>
              <w:t>Adresa / sjedište</w:t>
            </w:r>
          </w:p>
        </w:tc>
        <w:tc>
          <w:tcPr>
            <w:tcW w:w="6794" w:type="dxa"/>
            <w:gridSpan w:val="2"/>
            <w:vAlign w:val="center"/>
          </w:tcPr>
          <w:p w14:paraId="17448E47" w14:textId="77777777" w:rsidR="0090789E" w:rsidRPr="00541A6B" w:rsidRDefault="0090789E" w:rsidP="00541A6B">
            <w:pPr>
              <w:spacing w:before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90789E" w:rsidRPr="00541A6B" w14:paraId="072E6AFC" w14:textId="3C130AF1" w:rsidTr="00E67198">
        <w:trPr>
          <w:jc w:val="center"/>
        </w:trPr>
        <w:tc>
          <w:tcPr>
            <w:tcW w:w="3675" w:type="dxa"/>
            <w:vMerge w:val="restart"/>
            <w:shd w:val="clear" w:color="auto" w:fill="E7E6E6"/>
            <w:vAlign w:val="center"/>
          </w:tcPr>
          <w:p w14:paraId="238A9328" w14:textId="77777777" w:rsidR="0090789E" w:rsidRPr="00541A6B" w:rsidRDefault="0090789E" w:rsidP="0090789E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541A6B">
              <w:rPr>
                <w:rFonts w:ascii="Times New Roman" w:hAnsi="Times New Roman" w:cs="Times New Roman"/>
                <w:b/>
                <w:sz w:val="18"/>
              </w:rPr>
              <w:t>Pravni status</w:t>
            </w:r>
          </w:p>
          <w:p w14:paraId="5794E3CE" w14:textId="474EF434" w:rsidR="00946123" w:rsidRPr="00541A6B" w:rsidRDefault="00946123" w:rsidP="0090789E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41A6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proofErr w:type="spellStart"/>
            <w:r w:rsidRPr="00541A6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označit</w:t>
            </w:r>
            <w:proofErr w:type="spellEnd"/>
            <w:r w:rsidRPr="00541A6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s X</w:t>
            </w:r>
            <w:r w:rsidR="00E67198" w:rsidRPr="00541A6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E67198" w:rsidRPr="00541A6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ili</w:t>
            </w:r>
            <w:proofErr w:type="spellEnd"/>
            <w:r w:rsidR="00E67198" w:rsidRPr="00541A6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nadopuni</w:t>
            </w:r>
            <w:r w:rsidRPr="00541A6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2983" w:type="dxa"/>
            <w:vAlign w:val="center"/>
          </w:tcPr>
          <w:p w14:paraId="05F44602" w14:textId="0A8DD97A" w:rsidR="0090789E" w:rsidRPr="00541A6B" w:rsidRDefault="0090789E" w:rsidP="00541A6B">
            <w:pPr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41A6B">
              <w:rPr>
                <w:rFonts w:ascii="Times New Roman" w:hAnsi="Times New Roman" w:cs="Times New Roman"/>
                <w:sz w:val="18"/>
                <w:szCs w:val="18"/>
              </w:rPr>
              <w:t>ustanova / udruga</w:t>
            </w:r>
          </w:p>
        </w:tc>
        <w:tc>
          <w:tcPr>
            <w:tcW w:w="3811" w:type="dxa"/>
          </w:tcPr>
          <w:p w14:paraId="41978E87" w14:textId="023D75EF" w:rsidR="0090789E" w:rsidRPr="00541A6B" w:rsidRDefault="0090789E" w:rsidP="00541A6B">
            <w:pPr>
              <w:spacing w:before="40"/>
              <w:rPr>
                <w:rFonts w:ascii="Times New Roman" w:hAnsi="Times New Roman" w:cs="Times New Roman"/>
                <w:sz w:val="18"/>
              </w:rPr>
            </w:pPr>
          </w:p>
        </w:tc>
      </w:tr>
      <w:tr w:rsidR="0090789E" w:rsidRPr="00541A6B" w14:paraId="4EF14028" w14:textId="77777777" w:rsidTr="00E67198">
        <w:trPr>
          <w:jc w:val="center"/>
        </w:trPr>
        <w:tc>
          <w:tcPr>
            <w:tcW w:w="3675" w:type="dxa"/>
            <w:vMerge/>
            <w:shd w:val="clear" w:color="auto" w:fill="E7E6E6"/>
            <w:vAlign w:val="center"/>
          </w:tcPr>
          <w:p w14:paraId="4B12D945" w14:textId="77777777" w:rsidR="0090789E" w:rsidRPr="00541A6B" w:rsidRDefault="0090789E" w:rsidP="0090789E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983" w:type="dxa"/>
            <w:vAlign w:val="center"/>
          </w:tcPr>
          <w:p w14:paraId="2D260B4D" w14:textId="7945A824" w:rsidR="0090789E" w:rsidRPr="00541A6B" w:rsidRDefault="0090789E" w:rsidP="00541A6B">
            <w:pPr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41A6B">
              <w:rPr>
                <w:rFonts w:ascii="Times New Roman" w:hAnsi="Times New Roman" w:cs="Times New Roman"/>
                <w:sz w:val="18"/>
                <w:szCs w:val="18"/>
              </w:rPr>
              <w:t>umjetnička organizacija / zaklada</w:t>
            </w:r>
          </w:p>
        </w:tc>
        <w:tc>
          <w:tcPr>
            <w:tcW w:w="3811" w:type="dxa"/>
          </w:tcPr>
          <w:p w14:paraId="278C5DA5" w14:textId="77777777" w:rsidR="0090789E" w:rsidRPr="00541A6B" w:rsidRDefault="0090789E" w:rsidP="00541A6B">
            <w:pPr>
              <w:spacing w:before="40"/>
              <w:rPr>
                <w:rFonts w:ascii="Times New Roman" w:hAnsi="Times New Roman" w:cs="Times New Roman"/>
                <w:sz w:val="18"/>
              </w:rPr>
            </w:pPr>
          </w:p>
        </w:tc>
      </w:tr>
      <w:tr w:rsidR="0090789E" w:rsidRPr="00541A6B" w14:paraId="39FA7931" w14:textId="77777777" w:rsidTr="00E67198">
        <w:trPr>
          <w:jc w:val="center"/>
        </w:trPr>
        <w:tc>
          <w:tcPr>
            <w:tcW w:w="3675" w:type="dxa"/>
            <w:vMerge/>
            <w:shd w:val="clear" w:color="auto" w:fill="E7E6E6"/>
            <w:vAlign w:val="center"/>
          </w:tcPr>
          <w:p w14:paraId="08B42707" w14:textId="77777777" w:rsidR="0090789E" w:rsidRPr="00541A6B" w:rsidRDefault="0090789E" w:rsidP="0090789E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983" w:type="dxa"/>
            <w:vAlign w:val="center"/>
          </w:tcPr>
          <w:p w14:paraId="0249E3E8" w14:textId="2494E1E9" w:rsidR="0090789E" w:rsidRPr="00541A6B" w:rsidRDefault="0090789E" w:rsidP="00541A6B">
            <w:pPr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41A6B">
              <w:rPr>
                <w:rFonts w:ascii="Times New Roman" w:hAnsi="Times New Roman" w:cs="Times New Roman"/>
                <w:sz w:val="18"/>
                <w:szCs w:val="18"/>
              </w:rPr>
              <w:t>umjetnik/fizička osoba</w:t>
            </w:r>
          </w:p>
        </w:tc>
        <w:tc>
          <w:tcPr>
            <w:tcW w:w="3811" w:type="dxa"/>
          </w:tcPr>
          <w:p w14:paraId="67B8DCC6" w14:textId="77777777" w:rsidR="0090789E" w:rsidRPr="00541A6B" w:rsidRDefault="0090789E" w:rsidP="00541A6B">
            <w:pPr>
              <w:spacing w:before="40"/>
              <w:rPr>
                <w:rFonts w:ascii="Times New Roman" w:hAnsi="Times New Roman" w:cs="Times New Roman"/>
                <w:sz w:val="18"/>
              </w:rPr>
            </w:pPr>
          </w:p>
        </w:tc>
      </w:tr>
      <w:tr w:rsidR="0090789E" w:rsidRPr="00541A6B" w14:paraId="5168EB4F" w14:textId="77777777" w:rsidTr="00E67198">
        <w:trPr>
          <w:jc w:val="center"/>
        </w:trPr>
        <w:tc>
          <w:tcPr>
            <w:tcW w:w="3675" w:type="dxa"/>
            <w:vMerge/>
            <w:shd w:val="clear" w:color="auto" w:fill="E7E6E6"/>
            <w:vAlign w:val="center"/>
          </w:tcPr>
          <w:p w14:paraId="59080E70" w14:textId="77777777" w:rsidR="0090789E" w:rsidRPr="00541A6B" w:rsidRDefault="0090789E" w:rsidP="0090789E">
            <w:pPr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2983" w:type="dxa"/>
            <w:vAlign w:val="center"/>
          </w:tcPr>
          <w:p w14:paraId="251EBD06" w14:textId="4DC4F184" w:rsidR="0090789E" w:rsidRPr="00541A6B" w:rsidRDefault="0090789E" w:rsidP="00541A6B">
            <w:pPr>
              <w:spacing w:before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41A6B">
              <w:rPr>
                <w:rFonts w:ascii="Times New Roman" w:hAnsi="Times New Roman" w:cs="Times New Roman"/>
                <w:sz w:val="18"/>
                <w:szCs w:val="18"/>
              </w:rPr>
              <w:t>drugo:</w:t>
            </w:r>
          </w:p>
        </w:tc>
        <w:tc>
          <w:tcPr>
            <w:tcW w:w="3811" w:type="dxa"/>
          </w:tcPr>
          <w:p w14:paraId="27465CF5" w14:textId="77777777" w:rsidR="0090789E" w:rsidRPr="00541A6B" w:rsidRDefault="0090789E" w:rsidP="00541A6B">
            <w:pPr>
              <w:spacing w:before="40"/>
              <w:rPr>
                <w:rFonts w:ascii="Times New Roman" w:hAnsi="Times New Roman" w:cs="Times New Roman"/>
                <w:sz w:val="18"/>
              </w:rPr>
            </w:pPr>
          </w:p>
        </w:tc>
      </w:tr>
      <w:tr w:rsidR="0090789E" w:rsidRPr="00541A6B" w14:paraId="773889E5" w14:textId="6E4395C0" w:rsidTr="00E67198">
        <w:trPr>
          <w:jc w:val="center"/>
        </w:trPr>
        <w:tc>
          <w:tcPr>
            <w:tcW w:w="3675" w:type="dxa"/>
            <w:shd w:val="clear" w:color="auto" w:fill="E7E6E6"/>
            <w:vAlign w:val="center"/>
          </w:tcPr>
          <w:p w14:paraId="1ACAF820" w14:textId="77777777" w:rsidR="0090789E" w:rsidRPr="00541A6B" w:rsidRDefault="0090789E" w:rsidP="0090789E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b/>
                <w:sz w:val="18"/>
              </w:rPr>
              <w:t>Osoba ovlaštena za zastupanje</w:t>
            </w:r>
          </w:p>
        </w:tc>
        <w:tc>
          <w:tcPr>
            <w:tcW w:w="6794" w:type="dxa"/>
            <w:gridSpan w:val="2"/>
            <w:vAlign w:val="center"/>
          </w:tcPr>
          <w:p w14:paraId="31D4D63F" w14:textId="77777777" w:rsidR="0090789E" w:rsidRPr="00541A6B" w:rsidRDefault="0090789E" w:rsidP="00541A6B">
            <w:pPr>
              <w:spacing w:before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90789E" w:rsidRPr="00541A6B" w14:paraId="0BB70E72" w14:textId="4D2BED27" w:rsidTr="00E67198">
        <w:trPr>
          <w:jc w:val="center"/>
        </w:trPr>
        <w:tc>
          <w:tcPr>
            <w:tcW w:w="3675" w:type="dxa"/>
            <w:shd w:val="clear" w:color="auto" w:fill="E7E6E6"/>
            <w:vAlign w:val="center"/>
          </w:tcPr>
          <w:p w14:paraId="4F0F065C" w14:textId="77777777" w:rsidR="0090789E" w:rsidRPr="00541A6B" w:rsidRDefault="0090789E" w:rsidP="0090789E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b/>
                <w:sz w:val="18"/>
              </w:rPr>
              <w:t>Kontakt osoba</w:t>
            </w:r>
          </w:p>
        </w:tc>
        <w:tc>
          <w:tcPr>
            <w:tcW w:w="6794" w:type="dxa"/>
            <w:gridSpan w:val="2"/>
            <w:vAlign w:val="center"/>
          </w:tcPr>
          <w:p w14:paraId="2935C8D6" w14:textId="77777777" w:rsidR="0090789E" w:rsidRPr="00541A6B" w:rsidRDefault="0090789E" w:rsidP="00541A6B">
            <w:pPr>
              <w:spacing w:before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90789E" w:rsidRPr="00541A6B" w14:paraId="0190C5E7" w14:textId="0F668127" w:rsidTr="00E67198">
        <w:trPr>
          <w:jc w:val="center"/>
        </w:trPr>
        <w:tc>
          <w:tcPr>
            <w:tcW w:w="3675" w:type="dxa"/>
            <w:shd w:val="clear" w:color="auto" w:fill="E7E6E6"/>
            <w:vAlign w:val="center"/>
          </w:tcPr>
          <w:p w14:paraId="08B1F213" w14:textId="77777777" w:rsidR="0090789E" w:rsidRPr="00541A6B" w:rsidRDefault="0090789E" w:rsidP="0090789E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b/>
                <w:sz w:val="18"/>
              </w:rPr>
              <w:t>Telefon / e-mail</w:t>
            </w:r>
          </w:p>
        </w:tc>
        <w:tc>
          <w:tcPr>
            <w:tcW w:w="6794" w:type="dxa"/>
            <w:gridSpan w:val="2"/>
            <w:vAlign w:val="center"/>
          </w:tcPr>
          <w:p w14:paraId="6A756C9D" w14:textId="77777777" w:rsidR="0090789E" w:rsidRPr="00541A6B" w:rsidRDefault="0090789E" w:rsidP="00541A6B">
            <w:pPr>
              <w:spacing w:before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90789E" w:rsidRPr="00541A6B" w14:paraId="52F1B1A2" w14:textId="35D4ACC3" w:rsidTr="00E67198">
        <w:trPr>
          <w:jc w:val="center"/>
        </w:trPr>
        <w:tc>
          <w:tcPr>
            <w:tcW w:w="3675" w:type="dxa"/>
            <w:shd w:val="clear" w:color="auto" w:fill="E7E6E6"/>
            <w:vAlign w:val="center"/>
          </w:tcPr>
          <w:p w14:paraId="2A04E9F7" w14:textId="77777777" w:rsidR="0090789E" w:rsidRPr="00541A6B" w:rsidRDefault="0090789E" w:rsidP="0090789E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b/>
                <w:sz w:val="18"/>
              </w:rPr>
              <w:t>IBAN</w:t>
            </w:r>
          </w:p>
        </w:tc>
        <w:tc>
          <w:tcPr>
            <w:tcW w:w="6794" w:type="dxa"/>
            <w:gridSpan w:val="2"/>
            <w:vAlign w:val="center"/>
          </w:tcPr>
          <w:p w14:paraId="3AF473A1" w14:textId="77777777" w:rsidR="0090789E" w:rsidRPr="00541A6B" w:rsidRDefault="0090789E" w:rsidP="00541A6B">
            <w:pPr>
              <w:spacing w:before="40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23DFCF04" w14:textId="77777777" w:rsidR="009724B4" w:rsidRPr="00541A6B" w:rsidRDefault="009724B4" w:rsidP="009724B4">
      <w:pPr>
        <w:pStyle w:val="Heading1"/>
        <w:spacing w:before="0"/>
        <w:rPr>
          <w:rFonts w:ascii="Times New Roman" w:hAnsi="Times New Roman" w:cs="Times New Roman"/>
        </w:rPr>
      </w:pPr>
    </w:p>
    <w:p w14:paraId="1D387034" w14:textId="21C0BB8C" w:rsidR="004F6E32" w:rsidRPr="00541A6B" w:rsidRDefault="00000000" w:rsidP="009724B4">
      <w:pPr>
        <w:pStyle w:val="Heading1"/>
        <w:numPr>
          <w:ilvl w:val="0"/>
          <w:numId w:val="10"/>
        </w:numPr>
        <w:spacing w:before="0" w:after="120"/>
        <w:ind w:left="567" w:hanging="567"/>
        <w:rPr>
          <w:rFonts w:ascii="Times New Roman" w:hAnsi="Times New Roman" w:cs="Times New Roman"/>
          <w:color w:val="auto"/>
        </w:rPr>
      </w:pPr>
      <w:r w:rsidRPr="00541A6B">
        <w:rPr>
          <w:rFonts w:ascii="Times New Roman" w:hAnsi="Times New Roman" w:cs="Times New Roman"/>
          <w:color w:val="auto"/>
        </w:rPr>
        <w:t>OSNOVNI PODACI O PROGRAMU/PROJEKTU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677"/>
        <w:gridCol w:w="6792"/>
      </w:tblGrid>
      <w:tr w:rsidR="004F6E32" w:rsidRPr="00541A6B" w14:paraId="187C5BCC" w14:textId="77777777" w:rsidTr="00946123">
        <w:trPr>
          <w:jc w:val="center"/>
        </w:trPr>
        <w:tc>
          <w:tcPr>
            <w:tcW w:w="3681" w:type="dxa"/>
            <w:shd w:val="clear" w:color="auto" w:fill="E7E6E6"/>
            <w:vAlign w:val="center"/>
          </w:tcPr>
          <w:p w14:paraId="19353CAE" w14:textId="77777777" w:rsidR="004F6E32" w:rsidRPr="00541A6B" w:rsidRDefault="00000000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b/>
                <w:sz w:val="18"/>
              </w:rPr>
              <w:t>Naziv programa/projekta</w:t>
            </w:r>
          </w:p>
        </w:tc>
        <w:tc>
          <w:tcPr>
            <w:tcW w:w="6804" w:type="dxa"/>
            <w:vAlign w:val="center"/>
          </w:tcPr>
          <w:p w14:paraId="2A65A51F" w14:textId="77777777" w:rsidR="004F6E32" w:rsidRPr="00541A6B" w:rsidRDefault="004F6E32" w:rsidP="00541A6B">
            <w:pPr>
              <w:spacing w:before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4F6E32" w:rsidRPr="00541A6B" w14:paraId="27D4D54F" w14:textId="77777777" w:rsidTr="00946123">
        <w:trPr>
          <w:jc w:val="center"/>
        </w:trPr>
        <w:tc>
          <w:tcPr>
            <w:tcW w:w="3681" w:type="dxa"/>
            <w:shd w:val="clear" w:color="auto" w:fill="E7E6E6"/>
            <w:vAlign w:val="center"/>
          </w:tcPr>
          <w:p w14:paraId="75DA6A29" w14:textId="77777777" w:rsidR="004F6E32" w:rsidRPr="00541A6B" w:rsidRDefault="00000000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b/>
                <w:sz w:val="18"/>
              </w:rPr>
              <w:t>Područje kulture</w:t>
            </w:r>
          </w:p>
        </w:tc>
        <w:tc>
          <w:tcPr>
            <w:tcW w:w="6804" w:type="dxa"/>
            <w:vAlign w:val="center"/>
          </w:tcPr>
          <w:p w14:paraId="5727AAEB" w14:textId="77777777" w:rsidR="004F6E32" w:rsidRPr="00541A6B" w:rsidRDefault="004F6E32" w:rsidP="00541A6B">
            <w:pPr>
              <w:spacing w:before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4F6E32" w:rsidRPr="00541A6B" w14:paraId="5C325155" w14:textId="77777777" w:rsidTr="00946123">
        <w:trPr>
          <w:jc w:val="center"/>
        </w:trPr>
        <w:tc>
          <w:tcPr>
            <w:tcW w:w="3681" w:type="dxa"/>
            <w:shd w:val="clear" w:color="auto" w:fill="E7E6E6"/>
            <w:vAlign w:val="center"/>
          </w:tcPr>
          <w:p w14:paraId="2B080CAB" w14:textId="77777777" w:rsidR="004F6E32" w:rsidRPr="00541A6B" w:rsidRDefault="00000000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b/>
                <w:sz w:val="18"/>
              </w:rPr>
              <w:t>Mjesto provedbe</w:t>
            </w:r>
          </w:p>
        </w:tc>
        <w:tc>
          <w:tcPr>
            <w:tcW w:w="6804" w:type="dxa"/>
            <w:vAlign w:val="center"/>
          </w:tcPr>
          <w:p w14:paraId="6EDAD535" w14:textId="77777777" w:rsidR="004F6E32" w:rsidRPr="00541A6B" w:rsidRDefault="004F6E32" w:rsidP="00541A6B">
            <w:pPr>
              <w:spacing w:before="40"/>
              <w:rPr>
                <w:rFonts w:ascii="Times New Roman" w:hAnsi="Times New Roman" w:cs="Times New Roman"/>
                <w:sz w:val="22"/>
              </w:rPr>
            </w:pPr>
          </w:p>
        </w:tc>
      </w:tr>
      <w:tr w:rsidR="004F6E32" w:rsidRPr="00541A6B" w14:paraId="348A8CD8" w14:textId="77777777" w:rsidTr="00946123">
        <w:trPr>
          <w:jc w:val="center"/>
        </w:trPr>
        <w:tc>
          <w:tcPr>
            <w:tcW w:w="3681" w:type="dxa"/>
            <w:shd w:val="clear" w:color="auto" w:fill="E7E6E6"/>
            <w:vAlign w:val="center"/>
          </w:tcPr>
          <w:p w14:paraId="1167061E" w14:textId="77777777" w:rsidR="004F6E32" w:rsidRPr="00541A6B" w:rsidRDefault="00000000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b/>
                <w:sz w:val="18"/>
              </w:rPr>
              <w:t>Razdoblje provedbe</w:t>
            </w:r>
          </w:p>
        </w:tc>
        <w:tc>
          <w:tcPr>
            <w:tcW w:w="6804" w:type="dxa"/>
            <w:vAlign w:val="center"/>
          </w:tcPr>
          <w:p w14:paraId="38627761" w14:textId="07F695F4" w:rsidR="004F6E32" w:rsidRPr="00541A6B" w:rsidRDefault="00000000" w:rsidP="00541A6B">
            <w:pPr>
              <w:spacing w:before="40"/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sz w:val="18"/>
              </w:rPr>
              <w:t xml:space="preserve">od </w:t>
            </w:r>
            <w:r w:rsidR="0090789E" w:rsidRPr="00541A6B">
              <w:rPr>
                <w:rFonts w:ascii="Times New Roman" w:hAnsi="Times New Roman" w:cs="Times New Roman"/>
                <w:sz w:val="18"/>
              </w:rPr>
              <w:t xml:space="preserve">                     </w:t>
            </w:r>
            <w:r w:rsidRPr="00541A6B">
              <w:rPr>
                <w:rFonts w:ascii="Times New Roman" w:hAnsi="Times New Roman" w:cs="Times New Roman"/>
                <w:sz w:val="18"/>
              </w:rPr>
              <w:t xml:space="preserve">do </w:t>
            </w:r>
          </w:p>
        </w:tc>
      </w:tr>
      <w:tr w:rsidR="004F6E32" w:rsidRPr="00541A6B" w14:paraId="6C4DE35A" w14:textId="77777777" w:rsidTr="00946123">
        <w:trPr>
          <w:jc w:val="center"/>
        </w:trPr>
        <w:tc>
          <w:tcPr>
            <w:tcW w:w="3681" w:type="dxa"/>
            <w:shd w:val="clear" w:color="auto" w:fill="E7E6E6"/>
            <w:vAlign w:val="center"/>
          </w:tcPr>
          <w:p w14:paraId="424A14AF" w14:textId="77777777" w:rsidR="004F6E32" w:rsidRPr="00541A6B" w:rsidRDefault="00000000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b/>
                <w:sz w:val="18"/>
              </w:rPr>
              <w:t>Ukupna vrijednost programa/projekta</w:t>
            </w:r>
          </w:p>
        </w:tc>
        <w:tc>
          <w:tcPr>
            <w:tcW w:w="6804" w:type="dxa"/>
            <w:vAlign w:val="center"/>
          </w:tcPr>
          <w:p w14:paraId="2F084BBA" w14:textId="36AE47DB" w:rsidR="004F6E32" w:rsidRPr="00541A6B" w:rsidRDefault="0090789E" w:rsidP="00541A6B">
            <w:pPr>
              <w:spacing w:before="40"/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sz w:val="18"/>
              </w:rPr>
              <w:t xml:space="preserve">                         EUR</w:t>
            </w:r>
          </w:p>
        </w:tc>
      </w:tr>
      <w:tr w:rsidR="004F6E32" w:rsidRPr="00541A6B" w14:paraId="698EF48B" w14:textId="77777777" w:rsidTr="00946123">
        <w:trPr>
          <w:jc w:val="center"/>
        </w:trPr>
        <w:tc>
          <w:tcPr>
            <w:tcW w:w="3681" w:type="dxa"/>
            <w:shd w:val="clear" w:color="auto" w:fill="E7E6E6"/>
            <w:vAlign w:val="center"/>
          </w:tcPr>
          <w:p w14:paraId="0317EA29" w14:textId="77777777" w:rsidR="004F6E32" w:rsidRPr="00541A6B" w:rsidRDefault="00000000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b/>
                <w:sz w:val="18"/>
              </w:rPr>
              <w:t>Iznos koji se traži od Grada Kaštela</w:t>
            </w:r>
          </w:p>
        </w:tc>
        <w:tc>
          <w:tcPr>
            <w:tcW w:w="6804" w:type="dxa"/>
            <w:vAlign w:val="center"/>
          </w:tcPr>
          <w:p w14:paraId="477EE11D" w14:textId="2B8906B0" w:rsidR="004F6E32" w:rsidRPr="00541A6B" w:rsidRDefault="0090789E" w:rsidP="00541A6B">
            <w:pPr>
              <w:spacing w:before="40"/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sz w:val="18"/>
              </w:rPr>
              <w:t xml:space="preserve">                         EUR</w:t>
            </w:r>
          </w:p>
        </w:tc>
      </w:tr>
      <w:tr w:rsidR="004F6E32" w:rsidRPr="00541A6B" w14:paraId="7F1D82E5" w14:textId="77777777" w:rsidTr="00946123">
        <w:trPr>
          <w:jc w:val="center"/>
        </w:trPr>
        <w:tc>
          <w:tcPr>
            <w:tcW w:w="3681" w:type="dxa"/>
            <w:shd w:val="clear" w:color="auto" w:fill="E7E6E6"/>
            <w:vAlign w:val="center"/>
          </w:tcPr>
          <w:p w14:paraId="2C4875A1" w14:textId="77777777" w:rsidR="004F6E32" w:rsidRPr="00541A6B" w:rsidRDefault="00000000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b/>
                <w:sz w:val="18"/>
              </w:rPr>
              <w:t>Partner/i, ako ih ima</w:t>
            </w:r>
          </w:p>
        </w:tc>
        <w:tc>
          <w:tcPr>
            <w:tcW w:w="6804" w:type="dxa"/>
            <w:vAlign w:val="center"/>
          </w:tcPr>
          <w:p w14:paraId="72D56200" w14:textId="77777777" w:rsidR="004F6E32" w:rsidRPr="00541A6B" w:rsidRDefault="004F6E32" w:rsidP="00541A6B">
            <w:pPr>
              <w:spacing w:before="40"/>
              <w:rPr>
                <w:rFonts w:ascii="Times New Roman" w:hAnsi="Times New Roman" w:cs="Times New Roman"/>
              </w:rPr>
            </w:pPr>
          </w:p>
        </w:tc>
      </w:tr>
    </w:tbl>
    <w:p w14:paraId="6C86175D" w14:textId="77777777" w:rsidR="009724B4" w:rsidRPr="00541A6B" w:rsidRDefault="009724B4" w:rsidP="009724B4">
      <w:pPr>
        <w:pStyle w:val="Heading1"/>
        <w:spacing w:before="0"/>
        <w:rPr>
          <w:rFonts w:ascii="Times New Roman" w:hAnsi="Times New Roman" w:cs="Times New Roman"/>
        </w:rPr>
      </w:pPr>
    </w:p>
    <w:p w14:paraId="2A3396C9" w14:textId="2D41CF39" w:rsidR="004F6E32" w:rsidRPr="00541A6B" w:rsidRDefault="00000000" w:rsidP="009724B4">
      <w:pPr>
        <w:pStyle w:val="Heading1"/>
        <w:numPr>
          <w:ilvl w:val="0"/>
          <w:numId w:val="10"/>
        </w:numPr>
        <w:spacing w:before="0"/>
        <w:ind w:left="567" w:hanging="567"/>
        <w:rPr>
          <w:rFonts w:ascii="Times New Roman" w:hAnsi="Times New Roman" w:cs="Times New Roman"/>
          <w:color w:val="auto"/>
        </w:rPr>
      </w:pPr>
      <w:r w:rsidRPr="00541A6B">
        <w:rPr>
          <w:rFonts w:ascii="Times New Roman" w:hAnsi="Times New Roman" w:cs="Times New Roman"/>
          <w:color w:val="auto"/>
        </w:rPr>
        <w:t>OPIS PROGRAMA/PROJEKTA</w:t>
      </w:r>
    </w:p>
    <w:p w14:paraId="182C5FC9" w14:textId="77777777" w:rsidR="004F6E32" w:rsidRPr="00541A6B" w:rsidRDefault="00000000" w:rsidP="009724B4">
      <w:pPr>
        <w:spacing w:after="0"/>
        <w:rPr>
          <w:rFonts w:ascii="Times New Roman" w:hAnsi="Times New Roman" w:cs="Times New Roman"/>
        </w:rPr>
      </w:pPr>
      <w:r w:rsidRPr="00541A6B">
        <w:rPr>
          <w:rFonts w:ascii="Times New Roman" w:hAnsi="Times New Roman" w:cs="Times New Roman"/>
          <w:b/>
        </w:rPr>
        <w:t>3.1. Kratki opis programa/projekta</w:t>
      </w:r>
    </w:p>
    <w:p w14:paraId="79634F6C" w14:textId="77777777" w:rsidR="004F6E32" w:rsidRPr="00541A6B" w:rsidRDefault="00000000" w:rsidP="009724B4">
      <w:pPr>
        <w:spacing w:after="0"/>
        <w:rPr>
          <w:rFonts w:ascii="Times New Roman" w:hAnsi="Times New Roman" w:cs="Times New Roman"/>
        </w:rPr>
      </w:pPr>
      <w:r w:rsidRPr="00541A6B">
        <w:rPr>
          <w:rFonts w:ascii="Times New Roman" w:hAnsi="Times New Roman" w:cs="Times New Roman"/>
        </w:rPr>
        <w:t>Ukratko opišite što će se provesti i kome je program/projekt namijenjen.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79"/>
      </w:tblGrid>
      <w:tr w:rsidR="0090789E" w:rsidRPr="00541A6B" w14:paraId="739425D5" w14:textId="77777777" w:rsidTr="00946123">
        <w:tc>
          <w:tcPr>
            <w:tcW w:w="10632" w:type="dxa"/>
          </w:tcPr>
          <w:p w14:paraId="0131EE6B" w14:textId="77777777" w:rsidR="0090789E" w:rsidRPr="00541A6B" w:rsidRDefault="0090789E" w:rsidP="0090789E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5BD3C1A0" w14:textId="77777777" w:rsidTr="00946123">
        <w:tc>
          <w:tcPr>
            <w:tcW w:w="10632" w:type="dxa"/>
          </w:tcPr>
          <w:p w14:paraId="157C479B" w14:textId="77777777" w:rsidR="0090789E" w:rsidRPr="00541A6B" w:rsidRDefault="0090789E" w:rsidP="0090789E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5DE8D6C9" w14:textId="77777777" w:rsidTr="00946123">
        <w:tc>
          <w:tcPr>
            <w:tcW w:w="10632" w:type="dxa"/>
          </w:tcPr>
          <w:p w14:paraId="65B7F96E" w14:textId="77777777" w:rsidR="0090789E" w:rsidRPr="00541A6B" w:rsidRDefault="0090789E" w:rsidP="0090789E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2B4A4F57" w14:textId="77777777" w:rsidTr="00946123">
        <w:tc>
          <w:tcPr>
            <w:tcW w:w="10632" w:type="dxa"/>
          </w:tcPr>
          <w:p w14:paraId="4884D774" w14:textId="77777777" w:rsidR="0090789E" w:rsidRPr="00541A6B" w:rsidRDefault="0090789E" w:rsidP="0090789E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11A0F61B" w14:textId="77777777" w:rsidTr="00946123">
        <w:tc>
          <w:tcPr>
            <w:tcW w:w="10632" w:type="dxa"/>
          </w:tcPr>
          <w:p w14:paraId="5CD27A0C" w14:textId="77777777" w:rsidR="0090789E" w:rsidRPr="00541A6B" w:rsidRDefault="0090789E" w:rsidP="0090789E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</w:tbl>
    <w:p w14:paraId="787BE922" w14:textId="77777777" w:rsidR="0090789E" w:rsidRPr="00541A6B" w:rsidRDefault="0090789E" w:rsidP="009724B4">
      <w:pPr>
        <w:spacing w:after="0"/>
        <w:rPr>
          <w:rFonts w:ascii="Times New Roman" w:hAnsi="Times New Roman" w:cs="Times New Roman"/>
        </w:rPr>
      </w:pPr>
    </w:p>
    <w:p w14:paraId="5E985941" w14:textId="0E7D503D" w:rsidR="004F6E32" w:rsidRPr="00541A6B" w:rsidRDefault="00000000" w:rsidP="009724B4">
      <w:pPr>
        <w:spacing w:after="0"/>
        <w:rPr>
          <w:rFonts w:ascii="Times New Roman" w:hAnsi="Times New Roman" w:cs="Times New Roman"/>
        </w:rPr>
      </w:pPr>
      <w:r w:rsidRPr="00541A6B">
        <w:rPr>
          <w:rFonts w:ascii="Times New Roman" w:hAnsi="Times New Roman" w:cs="Times New Roman"/>
          <w:b/>
        </w:rPr>
        <w:t>3.2. Cilj i značaj za Grad Kaštela</w:t>
      </w:r>
    </w:p>
    <w:p w14:paraId="15A4EE41" w14:textId="77777777" w:rsidR="004F6E32" w:rsidRPr="00541A6B" w:rsidRDefault="00000000" w:rsidP="009724B4">
      <w:pPr>
        <w:spacing w:after="40"/>
        <w:rPr>
          <w:rFonts w:ascii="Times New Roman" w:hAnsi="Times New Roman" w:cs="Times New Roman"/>
        </w:rPr>
      </w:pPr>
      <w:r w:rsidRPr="00541A6B">
        <w:rPr>
          <w:rFonts w:ascii="Times New Roman" w:hAnsi="Times New Roman" w:cs="Times New Roman"/>
        </w:rPr>
        <w:t>Navedite cilj te doprinos kulturnom životu, stvaralaštvu, baštini, publici ili dostupnosti kulture u Kaštelima.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79"/>
      </w:tblGrid>
      <w:tr w:rsidR="0090789E" w:rsidRPr="00541A6B" w14:paraId="3F6D16E6" w14:textId="77777777" w:rsidTr="00946123">
        <w:tc>
          <w:tcPr>
            <w:tcW w:w="10632" w:type="dxa"/>
          </w:tcPr>
          <w:p w14:paraId="75AB15B7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41FA1E92" w14:textId="77777777" w:rsidTr="00946123">
        <w:tc>
          <w:tcPr>
            <w:tcW w:w="10632" w:type="dxa"/>
          </w:tcPr>
          <w:p w14:paraId="5714547D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741DFE5C" w14:textId="77777777" w:rsidTr="00946123">
        <w:tc>
          <w:tcPr>
            <w:tcW w:w="10632" w:type="dxa"/>
          </w:tcPr>
          <w:p w14:paraId="337394BE" w14:textId="73CDA5BF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3C476739" w14:textId="77777777" w:rsidTr="00946123">
        <w:tc>
          <w:tcPr>
            <w:tcW w:w="10632" w:type="dxa"/>
          </w:tcPr>
          <w:p w14:paraId="3DB3F83F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010B345B" w14:textId="77777777" w:rsidTr="00946123">
        <w:tc>
          <w:tcPr>
            <w:tcW w:w="10632" w:type="dxa"/>
          </w:tcPr>
          <w:p w14:paraId="1A4FC37C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</w:tbl>
    <w:p w14:paraId="71614FD6" w14:textId="77777777" w:rsidR="0090789E" w:rsidRPr="00541A6B" w:rsidRDefault="0090789E" w:rsidP="009724B4">
      <w:pPr>
        <w:spacing w:after="0"/>
        <w:rPr>
          <w:rFonts w:ascii="Times New Roman" w:hAnsi="Times New Roman" w:cs="Times New Roman"/>
          <w:b/>
        </w:rPr>
      </w:pPr>
    </w:p>
    <w:p w14:paraId="6EB31620" w14:textId="5267C0EE" w:rsidR="004F6E32" w:rsidRPr="00541A6B" w:rsidRDefault="00000000" w:rsidP="009724B4">
      <w:pPr>
        <w:spacing w:after="0"/>
        <w:rPr>
          <w:rFonts w:ascii="Times New Roman" w:hAnsi="Times New Roman" w:cs="Times New Roman"/>
        </w:rPr>
      </w:pPr>
      <w:r w:rsidRPr="00541A6B">
        <w:rPr>
          <w:rFonts w:ascii="Times New Roman" w:hAnsi="Times New Roman" w:cs="Times New Roman"/>
          <w:b/>
        </w:rPr>
        <w:t>3.3. Glavne aktivnosti i vremenski plan</w:t>
      </w:r>
    </w:p>
    <w:p w14:paraId="776EB97D" w14:textId="1534EAD0" w:rsidR="0090789E" w:rsidRPr="00541A6B" w:rsidRDefault="00000000" w:rsidP="009724B4">
      <w:pPr>
        <w:spacing w:after="0"/>
        <w:rPr>
          <w:rFonts w:ascii="Times New Roman" w:hAnsi="Times New Roman" w:cs="Times New Roman"/>
          <w:i/>
          <w:iCs/>
        </w:rPr>
      </w:pPr>
      <w:r w:rsidRPr="00541A6B">
        <w:rPr>
          <w:rFonts w:ascii="Times New Roman" w:hAnsi="Times New Roman" w:cs="Times New Roman"/>
          <w:i/>
          <w:iCs/>
        </w:rPr>
        <w:t>Navedite glavne aktivnosti i okvirno vrijeme njihove provedbe.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79"/>
      </w:tblGrid>
      <w:tr w:rsidR="0090789E" w:rsidRPr="00541A6B" w14:paraId="136630EE" w14:textId="77777777" w:rsidTr="00946123">
        <w:tc>
          <w:tcPr>
            <w:tcW w:w="10632" w:type="dxa"/>
          </w:tcPr>
          <w:p w14:paraId="7DCF43BA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29CE58BC" w14:textId="77777777" w:rsidTr="00946123">
        <w:tc>
          <w:tcPr>
            <w:tcW w:w="10632" w:type="dxa"/>
          </w:tcPr>
          <w:p w14:paraId="526FE5C3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60DB61C4" w14:textId="77777777" w:rsidTr="00946123">
        <w:tc>
          <w:tcPr>
            <w:tcW w:w="10632" w:type="dxa"/>
          </w:tcPr>
          <w:p w14:paraId="6C2EF78A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2246B82F" w14:textId="77777777" w:rsidTr="00946123">
        <w:tc>
          <w:tcPr>
            <w:tcW w:w="10632" w:type="dxa"/>
          </w:tcPr>
          <w:p w14:paraId="5B428720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49BA900C" w14:textId="77777777" w:rsidTr="00946123">
        <w:tc>
          <w:tcPr>
            <w:tcW w:w="10632" w:type="dxa"/>
          </w:tcPr>
          <w:p w14:paraId="0E14A996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</w:tbl>
    <w:p w14:paraId="38199B89" w14:textId="77777777" w:rsidR="0090789E" w:rsidRPr="00541A6B" w:rsidRDefault="0090789E" w:rsidP="009724B4">
      <w:pPr>
        <w:spacing w:after="0"/>
        <w:rPr>
          <w:rFonts w:ascii="Times New Roman" w:hAnsi="Times New Roman" w:cs="Times New Roman"/>
        </w:rPr>
      </w:pPr>
    </w:p>
    <w:p w14:paraId="5B02E515" w14:textId="6DCEF854" w:rsidR="004F6E32" w:rsidRPr="00541A6B" w:rsidRDefault="00000000" w:rsidP="009724B4">
      <w:pPr>
        <w:spacing w:after="0"/>
        <w:rPr>
          <w:rFonts w:ascii="Times New Roman" w:hAnsi="Times New Roman" w:cs="Times New Roman"/>
        </w:rPr>
      </w:pPr>
      <w:r w:rsidRPr="00541A6B">
        <w:rPr>
          <w:rFonts w:ascii="Times New Roman" w:hAnsi="Times New Roman" w:cs="Times New Roman"/>
          <w:b/>
        </w:rPr>
        <w:t>3.4. Publika / korisnici i očekivani rezultati</w:t>
      </w:r>
    </w:p>
    <w:p w14:paraId="191B3EDB" w14:textId="77777777" w:rsidR="004F6E32" w:rsidRPr="00541A6B" w:rsidRDefault="00000000" w:rsidP="009724B4">
      <w:pPr>
        <w:spacing w:after="0"/>
        <w:rPr>
          <w:rFonts w:ascii="Times New Roman" w:hAnsi="Times New Roman" w:cs="Times New Roman"/>
          <w:i/>
          <w:iCs/>
        </w:rPr>
      </w:pPr>
      <w:r w:rsidRPr="00541A6B">
        <w:rPr>
          <w:rFonts w:ascii="Times New Roman" w:hAnsi="Times New Roman" w:cs="Times New Roman"/>
          <w:i/>
          <w:iCs/>
        </w:rPr>
        <w:t>Navedite kome je program namijenjen, očekivani broj sudionika/posjetitelja ako je primjenjivo i glavne rezultate.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90789E" w:rsidRPr="00541A6B" w14:paraId="4B6BA289" w14:textId="77777777" w:rsidTr="00946123">
        <w:tc>
          <w:tcPr>
            <w:tcW w:w="10490" w:type="dxa"/>
          </w:tcPr>
          <w:p w14:paraId="2A20E7DC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77FFF33E" w14:textId="77777777" w:rsidTr="00946123">
        <w:tc>
          <w:tcPr>
            <w:tcW w:w="10490" w:type="dxa"/>
          </w:tcPr>
          <w:p w14:paraId="7B4743C6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3E384BB2" w14:textId="77777777" w:rsidTr="00946123">
        <w:tc>
          <w:tcPr>
            <w:tcW w:w="10490" w:type="dxa"/>
          </w:tcPr>
          <w:p w14:paraId="31239C84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3339EB53" w14:textId="77777777" w:rsidTr="00946123">
        <w:tc>
          <w:tcPr>
            <w:tcW w:w="10490" w:type="dxa"/>
          </w:tcPr>
          <w:p w14:paraId="10BCBA0B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00E0F01A" w14:textId="77777777" w:rsidTr="00946123">
        <w:tc>
          <w:tcPr>
            <w:tcW w:w="10490" w:type="dxa"/>
          </w:tcPr>
          <w:p w14:paraId="500592E3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</w:tbl>
    <w:p w14:paraId="36B98CBF" w14:textId="77777777" w:rsidR="0090789E" w:rsidRPr="00541A6B" w:rsidRDefault="0090789E" w:rsidP="009724B4">
      <w:pPr>
        <w:spacing w:after="0"/>
        <w:rPr>
          <w:rFonts w:ascii="Times New Roman" w:hAnsi="Times New Roman" w:cs="Times New Roman"/>
          <w:b/>
        </w:rPr>
      </w:pPr>
    </w:p>
    <w:p w14:paraId="13A8AF84" w14:textId="5067BC8F" w:rsidR="004F6E32" w:rsidRPr="00541A6B" w:rsidRDefault="00000000" w:rsidP="009724B4">
      <w:pPr>
        <w:spacing w:after="0"/>
        <w:rPr>
          <w:rFonts w:ascii="Times New Roman" w:hAnsi="Times New Roman" w:cs="Times New Roman"/>
        </w:rPr>
      </w:pPr>
      <w:r w:rsidRPr="00541A6B">
        <w:rPr>
          <w:rFonts w:ascii="Times New Roman" w:hAnsi="Times New Roman" w:cs="Times New Roman"/>
          <w:b/>
        </w:rPr>
        <w:t>3.5. Nositelji i suradnici</w:t>
      </w:r>
    </w:p>
    <w:p w14:paraId="49622222" w14:textId="77777777" w:rsidR="004F6E32" w:rsidRPr="00541A6B" w:rsidRDefault="00000000" w:rsidP="009724B4">
      <w:pPr>
        <w:spacing w:after="0"/>
        <w:rPr>
          <w:rFonts w:ascii="Times New Roman" w:hAnsi="Times New Roman" w:cs="Times New Roman"/>
          <w:i/>
          <w:iCs/>
        </w:rPr>
      </w:pPr>
      <w:r w:rsidRPr="00541A6B">
        <w:rPr>
          <w:rFonts w:ascii="Times New Roman" w:hAnsi="Times New Roman" w:cs="Times New Roman"/>
          <w:i/>
          <w:iCs/>
        </w:rPr>
        <w:t>Navedite voditelja, autore, izvođače i ključne suradnike relevantne za kvalitetu programa.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90789E" w:rsidRPr="00541A6B" w14:paraId="0938A2F8" w14:textId="77777777" w:rsidTr="00946123">
        <w:tc>
          <w:tcPr>
            <w:tcW w:w="10490" w:type="dxa"/>
          </w:tcPr>
          <w:p w14:paraId="075955AE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501916F3" w14:textId="77777777" w:rsidTr="00946123">
        <w:tc>
          <w:tcPr>
            <w:tcW w:w="10490" w:type="dxa"/>
          </w:tcPr>
          <w:p w14:paraId="5CD0C4C1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1F780524" w14:textId="77777777" w:rsidTr="00946123">
        <w:tc>
          <w:tcPr>
            <w:tcW w:w="10490" w:type="dxa"/>
          </w:tcPr>
          <w:p w14:paraId="6D924543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2EEF1EB4" w14:textId="77777777" w:rsidTr="00946123">
        <w:tc>
          <w:tcPr>
            <w:tcW w:w="10490" w:type="dxa"/>
          </w:tcPr>
          <w:p w14:paraId="5A69FBD6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257C2CDA" w14:textId="77777777" w:rsidTr="00946123">
        <w:tc>
          <w:tcPr>
            <w:tcW w:w="10490" w:type="dxa"/>
          </w:tcPr>
          <w:p w14:paraId="2679B0B1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</w:tbl>
    <w:p w14:paraId="26E93AA4" w14:textId="77777777" w:rsidR="0090789E" w:rsidRPr="00541A6B" w:rsidRDefault="0090789E" w:rsidP="009724B4">
      <w:pPr>
        <w:spacing w:after="0"/>
        <w:rPr>
          <w:rFonts w:ascii="Times New Roman" w:hAnsi="Times New Roman" w:cs="Times New Roman"/>
          <w:b/>
        </w:rPr>
      </w:pPr>
    </w:p>
    <w:p w14:paraId="212D9A8D" w14:textId="27D163AA" w:rsidR="004F6E32" w:rsidRPr="00541A6B" w:rsidRDefault="00000000" w:rsidP="009724B4">
      <w:pPr>
        <w:spacing w:after="0"/>
        <w:rPr>
          <w:rFonts w:ascii="Times New Roman" w:hAnsi="Times New Roman" w:cs="Times New Roman"/>
        </w:rPr>
      </w:pPr>
      <w:r w:rsidRPr="00541A6B">
        <w:rPr>
          <w:rFonts w:ascii="Times New Roman" w:hAnsi="Times New Roman" w:cs="Times New Roman"/>
          <w:b/>
        </w:rPr>
        <w:t>3.6. Iskustvo i kapacitet prijavitelja</w:t>
      </w:r>
    </w:p>
    <w:p w14:paraId="6D8ED53B" w14:textId="77777777" w:rsidR="004F6E32" w:rsidRPr="00541A6B" w:rsidRDefault="00000000" w:rsidP="009724B4">
      <w:pPr>
        <w:spacing w:after="0"/>
        <w:rPr>
          <w:rFonts w:ascii="Times New Roman" w:hAnsi="Times New Roman" w:cs="Times New Roman"/>
          <w:i/>
          <w:iCs/>
        </w:rPr>
      </w:pPr>
      <w:r w:rsidRPr="00541A6B">
        <w:rPr>
          <w:rFonts w:ascii="Times New Roman" w:hAnsi="Times New Roman" w:cs="Times New Roman"/>
          <w:i/>
          <w:iCs/>
        </w:rPr>
        <w:t>Ukratko navedite relevantno prethodno iskustvo i kapacitete za provedbu.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90789E" w:rsidRPr="00541A6B" w14:paraId="03A3F94C" w14:textId="77777777" w:rsidTr="00946123">
        <w:tc>
          <w:tcPr>
            <w:tcW w:w="10632" w:type="dxa"/>
          </w:tcPr>
          <w:p w14:paraId="5C7B5CCD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359A9303" w14:textId="77777777" w:rsidTr="00946123">
        <w:tc>
          <w:tcPr>
            <w:tcW w:w="10632" w:type="dxa"/>
          </w:tcPr>
          <w:p w14:paraId="449F7D66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4A70C04A" w14:textId="77777777" w:rsidTr="00946123">
        <w:tc>
          <w:tcPr>
            <w:tcW w:w="10632" w:type="dxa"/>
          </w:tcPr>
          <w:p w14:paraId="0606B595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6E9993B5" w14:textId="77777777" w:rsidTr="00946123">
        <w:tc>
          <w:tcPr>
            <w:tcW w:w="10632" w:type="dxa"/>
          </w:tcPr>
          <w:p w14:paraId="628DA255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  <w:tr w:rsidR="0090789E" w:rsidRPr="00541A6B" w14:paraId="5041105B" w14:textId="77777777" w:rsidTr="00946123">
        <w:tc>
          <w:tcPr>
            <w:tcW w:w="10632" w:type="dxa"/>
          </w:tcPr>
          <w:p w14:paraId="14C47820" w14:textId="77777777" w:rsidR="0090789E" w:rsidRPr="00541A6B" w:rsidRDefault="0090789E" w:rsidP="001754B9">
            <w:pPr>
              <w:spacing w:before="60"/>
              <w:rPr>
                <w:rFonts w:ascii="Times New Roman" w:hAnsi="Times New Roman" w:cs="Times New Roman"/>
              </w:rPr>
            </w:pPr>
          </w:p>
        </w:tc>
      </w:tr>
    </w:tbl>
    <w:p w14:paraId="1C5CA89E" w14:textId="77777777" w:rsidR="009724B4" w:rsidRPr="00541A6B" w:rsidRDefault="009724B4" w:rsidP="009724B4">
      <w:pPr>
        <w:spacing w:after="0"/>
        <w:rPr>
          <w:rFonts w:ascii="Times New Roman" w:hAnsi="Times New Roman" w:cs="Times New Roman"/>
        </w:rPr>
      </w:pPr>
    </w:p>
    <w:p w14:paraId="0199C16D" w14:textId="23E8283E" w:rsidR="004F6E32" w:rsidRPr="00541A6B" w:rsidRDefault="00000000" w:rsidP="009724B4">
      <w:pPr>
        <w:pStyle w:val="ListParagraph"/>
        <w:numPr>
          <w:ilvl w:val="0"/>
          <w:numId w:val="10"/>
        </w:numPr>
        <w:spacing w:after="120"/>
        <w:ind w:left="567" w:hanging="567"/>
        <w:rPr>
          <w:rFonts w:ascii="Times New Roman" w:hAnsi="Times New Roman" w:cs="Times New Roman"/>
          <w:b/>
          <w:bCs/>
        </w:rPr>
      </w:pPr>
      <w:r w:rsidRPr="00541A6B">
        <w:rPr>
          <w:rFonts w:ascii="Times New Roman" w:hAnsi="Times New Roman" w:cs="Times New Roman"/>
          <w:b/>
          <w:bCs/>
        </w:rPr>
        <w:t>FINANCIJSKI SAŽETAK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4986"/>
        <w:gridCol w:w="5641"/>
      </w:tblGrid>
      <w:tr w:rsidR="004F6E32" w:rsidRPr="00541A6B" w14:paraId="4C58CDAC" w14:textId="77777777" w:rsidTr="00946123">
        <w:tc>
          <w:tcPr>
            <w:tcW w:w="4986" w:type="dxa"/>
            <w:shd w:val="clear" w:color="auto" w:fill="E7E6E6"/>
            <w:vAlign w:val="center"/>
          </w:tcPr>
          <w:p w14:paraId="029E1093" w14:textId="77777777" w:rsidR="004F6E32" w:rsidRPr="00541A6B" w:rsidRDefault="00000000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b/>
                <w:sz w:val="18"/>
              </w:rPr>
              <w:t>Izvor</w:t>
            </w:r>
          </w:p>
        </w:tc>
        <w:tc>
          <w:tcPr>
            <w:tcW w:w="5641" w:type="dxa"/>
            <w:shd w:val="clear" w:color="auto" w:fill="E7E6E6"/>
            <w:vAlign w:val="center"/>
          </w:tcPr>
          <w:p w14:paraId="04EE7DB2" w14:textId="77777777" w:rsidR="004F6E32" w:rsidRPr="00541A6B" w:rsidRDefault="00000000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b/>
                <w:sz w:val="18"/>
              </w:rPr>
              <w:t>Iznos (EUR)</w:t>
            </w:r>
          </w:p>
        </w:tc>
      </w:tr>
      <w:tr w:rsidR="004F6E32" w:rsidRPr="00541A6B" w14:paraId="0099B265" w14:textId="77777777" w:rsidTr="00946123">
        <w:tc>
          <w:tcPr>
            <w:tcW w:w="4986" w:type="dxa"/>
            <w:vAlign w:val="center"/>
          </w:tcPr>
          <w:p w14:paraId="05D70CF0" w14:textId="77777777" w:rsidR="004F6E32" w:rsidRPr="00541A6B" w:rsidRDefault="00000000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sz w:val="18"/>
              </w:rPr>
              <w:t>Grad Kaštela</w:t>
            </w:r>
          </w:p>
        </w:tc>
        <w:tc>
          <w:tcPr>
            <w:tcW w:w="5641" w:type="dxa"/>
            <w:vAlign w:val="center"/>
          </w:tcPr>
          <w:p w14:paraId="2617F834" w14:textId="77777777" w:rsidR="004F6E32" w:rsidRPr="00541A6B" w:rsidRDefault="004F6E3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F6E32" w:rsidRPr="00541A6B" w14:paraId="7F9DD2C5" w14:textId="77777777" w:rsidTr="00946123">
        <w:tc>
          <w:tcPr>
            <w:tcW w:w="4986" w:type="dxa"/>
            <w:vAlign w:val="center"/>
          </w:tcPr>
          <w:p w14:paraId="235D7574" w14:textId="77777777" w:rsidR="004F6E32" w:rsidRPr="00541A6B" w:rsidRDefault="00000000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sz w:val="18"/>
              </w:rPr>
              <w:t>Vlastita sredstva</w:t>
            </w:r>
          </w:p>
        </w:tc>
        <w:tc>
          <w:tcPr>
            <w:tcW w:w="5641" w:type="dxa"/>
            <w:vAlign w:val="center"/>
          </w:tcPr>
          <w:p w14:paraId="536FB5C9" w14:textId="77777777" w:rsidR="004F6E32" w:rsidRPr="00541A6B" w:rsidRDefault="004F6E3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F6E32" w:rsidRPr="00541A6B" w14:paraId="5F44B35F" w14:textId="77777777" w:rsidTr="00946123">
        <w:tc>
          <w:tcPr>
            <w:tcW w:w="4986" w:type="dxa"/>
            <w:vAlign w:val="center"/>
          </w:tcPr>
          <w:p w14:paraId="64ABC38E" w14:textId="77777777" w:rsidR="004F6E32" w:rsidRPr="00541A6B" w:rsidRDefault="00000000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sz w:val="18"/>
              </w:rPr>
              <w:t>Drugi javni izvori</w:t>
            </w:r>
          </w:p>
        </w:tc>
        <w:tc>
          <w:tcPr>
            <w:tcW w:w="5641" w:type="dxa"/>
            <w:vAlign w:val="center"/>
          </w:tcPr>
          <w:p w14:paraId="2C79FF52" w14:textId="77777777" w:rsidR="004F6E32" w:rsidRPr="00541A6B" w:rsidRDefault="004F6E3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F6E32" w:rsidRPr="00541A6B" w14:paraId="60C960A2" w14:textId="77777777" w:rsidTr="00946123">
        <w:tc>
          <w:tcPr>
            <w:tcW w:w="4986" w:type="dxa"/>
            <w:vAlign w:val="center"/>
          </w:tcPr>
          <w:p w14:paraId="69A22165" w14:textId="77777777" w:rsidR="004F6E32" w:rsidRPr="00541A6B" w:rsidRDefault="00000000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sz w:val="18"/>
              </w:rPr>
              <w:t>Sponzori/donacije/ostalo</w:t>
            </w:r>
          </w:p>
        </w:tc>
        <w:tc>
          <w:tcPr>
            <w:tcW w:w="5641" w:type="dxa"/>
            <w:vAlign w:val="center"/>
          </w:tcPr>
          <w:p w14:paraId="0BE81063" w14:textId="77777777" w:rsidR="004F6E32" w:rsidRPr="00541A6B" w:rsidRDefault="004F6E3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4F6E32" w:rsidRPr="00541A6B" w14:paraId="48BD5646" w14:textId="77777777" w:rsidTr="00946123">
        <w:tc>
          <w:tcPr>
            <w:tcW w:w="4986" w:type="dxa"/>
            <w:vAlign w:val="center"/>
          </w:tcPr>
          <w:p w14:paraId="288D094F" w14:textId="77777777" w:rsidR="004F6E32" w:rsidRPr="00541A6B" w:rsidRDefault="00000000">
            <w:pPr>
              <w:rPr>
                <w:rFonts w:ascii="Times New Roman" w:hAnsi="Times New Roman" w:cs="Times New Roman"/>
              </w:rPr>
            </w:pPr>
            <w:r w:rsidRPr="00541A6B">
              <w:rPr>
                <w:rFonts w:ascii="Times New Roman" w:hAnsi="Times New Roman" w:cs="Times New Roman"/>
                <w:b/>
                <w:sz w:val="18"/>
              </w:rPr>
              <w:t>UKUPNO</w:t>
            </w:r>
          </w:p>
        </w:tc>
        <w:tc>
          <w:tcPr>
            <w:tcW w:w="5641" w:type="dxa"/>
            <w:vAlign w:val="center"/>
          </w:tcPr>
          <w:p w14:paraId="45AAE91A" w14:textId="77777777" w:rsidR="004F6E32" w:rsidRPr="00541A6B" w:rsidRDefault="004F6E32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40D5127B" w14:textId="77777777" w:rsidR="009D5B21" w:rsidRPr="00541A6B" w:rsidRDefault="009D5B21" w:rsidP="009D5B21">
      <w:pPr>
        <w:pStyle w:val="Heading1"/>
        <w:spacing w:before="0"/>
        <w:rPr>
          <w:rFonts w:ascii="Times New Roman" w:hAnsi="Times New Roman" w:cs="Times New Roman"/>
        </w:rPr>
      </w:pPr>
    </w:p>
    <w:p w14:paraId="22A38E61" w14:textId="027F8C42" w:rsidR="004F6E32" w:rsidRPr="00541A6B" w:rsidRDefault="00000000" w:rsidP="009D5B21">
      <w:pPr>
        <w:pStyle w:val="Heading1"/>
        <w:numPr>
          <w:ilvl w:val="0"/>
          <w:numId w:val="10"/>
        </w:numPr>
        <w:spacing w:before="0"/>
        <w:ind w:left="567" w:hanging="567"/>
        <w:rPr>
          <w:rFonts w:ascii="Times New Roman" w:hAnsi="Times New Roman" w:cs="Times New Roman"/>
          <w:color w:val="auto"/>
        </w:rPr>
      </w:pPr>
      <w:r w:rsidRPr="00541A6B">
        <w:rPr>
          <w:rFonts w:ascii="Times New Roman" w:hAnsi="Times New Roman" w:cs="Times New Roman"/>
          <w:color w:val="auto"/>
        </w:rPr>
        <w:t>IZJAVA PRIJAVITELJA</w:t>
      </w:r>
    </w:p>
    <w:p w14:paraId="617AC995" w14:textId="7D673D6F" w:rsidR="0090789E" w:rsidRPr="00541A6B" w:rsidRDefault="00000000">
      <w:pPr>
        <w:rPr>
          <w:rFonts w:ascii="Times New Roman" w:hAnsi="Times New Roman" w:cs="Times New Roman"/>
          <w:szCs w:val="20"/>
        </w:rPr>
      </w:pPr>
      <w:r w:rsidRPr="00541A6B">
        <w:rPr>
          <w:rFonts w:ascii="Times New Roman" w:hAnsi="Times New Roman" w:cs="Times New Roman"/>
          <w:szCs w:val="20"/>
        </w:rPr>
        <w:t>Potpisom potvrđujem da su podaci navedeni u prijavi istiniti i potpuni, da sam upoznat/a s uvjetima Javnog poziva i Uputama za prijavitelje te da ću, u slučaju odobravanja sredstava, program/projekt provesti u skladu s ugovorom.</w:t>
      </w:r>
    </w:p>
    <w:tbl>
      <w:tblPr>
        <w:tblW w:w="977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0"/>
        <w:gridCol w:w="1554"/>
        <w:gridCol w:w="3832"/>
      </w:tblGrid>
      <w:tr w:rsidR="00593974" w:rsidRPr="00541A6B" w14:paraId="66951D63" w14:textId="3B5CA264" w:rsidTr="00593974"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C6D504" w14:textId="77777777" w:rsidR="00593974" w:rsidRPr="00541A6B" w:rsidRDefault="00593974" w:rsidP="001754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4FE6F5B6" w14:textId="77777777" w:rsidR="00593974" w:rsidRPr="00541A6B" w:rsidRDefault="00593974" w:rsidP="001754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D1950" w14:textId="4C1944EF" w:rsidR="00593974" w:rsidRPr="00541A6B" w:rsidRDefault="00593974" w:rsidP="001754B9">
            <w:pPr>
              <w:tabs>
                <w:tab w:val="left" w:pos="2301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541A6B">
              <w:rPr>
                <w:rFonts w:ascii="Times New Roman" w:eastAsia="Arial Unicode MS" w:hAnsi="Times New Roman" w:cs="Times New Roman"/>
                <w:b/>
              </w:rPr>
              <w:t>MP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CEAE4B" w14:textId="77777777" w:rsidR="00593974" w:rsidRPr="00541A6B" w:rsidRDefault="00593974" w:rsidP="001754B9">
            <w:pPr>
              <w:tabs>
                <w:tab w:val="left" w:pos="2301"/>
              </w:tabs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</w:tr>
      <w:tr w:rsidR="00593974" w:rsidRPr="00541A6B" w14:paraId="0F931C16" w14:textId="73015686" w:rsidTr="00593974">
        <w:tc>
          <w:tcPr>
            <w:tcW w:w="4390" w:type="dxa"/>
            <w:tcBorders>
              <w:left w:val="nil"/>
              <w:bottom w:val="nil"/>
              <w:right w:val="nil"/>
            </w:tcBorders>
            <w:vAlign w:val="center"/>
          </w:tcPr>
          <w:p w14:paraId="019553C8" w14:textId="77777777" w:rsidR="00593974" w:rsidRPr="00541A6B" w:rsidRDefault="00593974" w:rsidP="001754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541A6B">
              <w:rPr>
                <w:rFonts w:ascii="Times New Roman" w:eastAsia="Arial Unicode MS" w:hAnsi="Times New Roman" w:cs="Times New Roman"/>
                <w:b/>
                <w:bCs/>
              </w:rPr>
              <w:t>ime i prezime osobe ovlaštene za zastupanje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BD9F3" w14:textId="77777777" w:rsidR="00593974" w:rsidRPr="00541A6B" w:rsidRDefault="00593974" w:rsidP="001754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3832" w:type="dxa"/>
            <w:tcBorders>
              <w:left w:val="nil"/>
              <w:bottom w:val="nil"/>
              <w:right w:val="nil"/>
            </w:tcBorders>
          </w:tcPr>
          <w:p w14:paraId="15614672" w14:textId="4648B549" w:rsidR="00593974" w:rsidRPr="00541A6B" w:rsidRDefault="00593974" w:rsidP="001754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</w:pPr>
            <w:proofErr w:type="spellStart"/>
            <w:r w:rsidRPr="00541A6B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ime</w:t>
            </w:r>
            <w:proofErr w:type="spellEnd"/>
            <w:r w:rsidRPr="00541A6B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541A6B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i</w:t>
            </w:r>
            <w:proofErr w:type="spellEnd"/>
            <w:r w:rsidRPr="00541A6B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541A6B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prezime</w:t>
            </w:r>
            <w:proofErr w:type="spellEnd"/>
            <w:r w:rsidRPr="00541A6B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541A6B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voditelja</w:t>
            </w:r>
            <w:proofErr w:type="spellEnd"/>
            <w:r w:rsidRPr="00541A6B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541A6B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programa</w:t>
            </w:r>
            <w:proofErr w:type="spellEnd"/>
            <w:r w:rsidRPr="00541A6B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/</w:t>
            </w:r>
            <w:proofErr w:type="spellStart"/>
            <w:r w:rsidRPr="00541A6B">
              <w:rPr>
                <w:rFonts w:ascii="Times New Roman" w:eastAsia="Arial Unicode MS" w:hAnsi="Times New Roman" w:cs="Times New Roman"/>
                <w:b/>
                <w:bCs/>
                <w:lang w:eastAsia="ar-SA"/>
              </w:rPr>
              <w:t>projekta</w:t>
            </w:r>
            <w:proofErr w:type="spellEnd"/>
          </w:p>
        </w:tc>
      </w:tr>
    </w:tbl>
    <w:p w14:paraId="19A939EF" w14:textId="3B8DDB0D" w:rsidR="00946123" w:rsidRPr="00541A6B" w:rsidRDefault="00946123" w:rsidP="00946123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  <w:r w:rsidRPr="00541A6B">
        <w:rPr>
          <w:rFonts w:ascii="Times New Roman" w:eastAsia="Arial Unicode MS" w:hAnsi="Times New Roman" w:cs="Times New Roman"/>
          <w:b/>
        </w:rPr>
        <w:t xml:space="preserve">            </w:t>
      </w:r>
    </w:p>
    <w:p w14:paraId="0C20334F" w14:textId="77777777" w:rsidR="00946123" w:rsidRPr="00541A6B" w:rsidRDefault="00946123" w:rsidP="00946123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</w:rPr>
      </w:pPr>
    </w:p>
    <w:tbl>
      <w:tblPr>
        <w:tblW w:w="977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390"/>
        <w:gridCol w:w="1554"/>
        <w:gridCol w:w="3827"/>
      </w:tblGrid>
      <w:tr w:rsidR="00593974" w:rsidRPr="00541A6B" w14:paraId="738DC40A" w14:textId="0A87F0B6" w:rsidTr="00593974"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5D1AFE" w14:textId="77777777" w:rsidR="00593974" w:rsidRPr="00541A6B" w:rsidRDefault="00593974" w:rsidP="001754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70E14C13" w14:textId="77777777" w:rsidR="00593974" w:rsidRPr="00541A6B" w:rsidRDefault="00593974" w:rsidP="001754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41A6B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2A34FC" w14:textId="77777777" w:rsidR="00593974" w:rsidRPr="00541A6B" w:rsidRDefault="00593974" w:rsidP="001754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93974" w:rsidRPr="00541A6B" w14:paraId="3CF1C9CE" w14:textId="1A3F6A3C" w:rsidTr="00593974">
        <w:tblPrEx>
          <w:tblCellMar>
            <w:bottom w:w="0" w:type="dxa"/>
          </w:tblCellMar>
        </w:tblPrEx>
        <w:trPr>
          <w:trHeight w:val="58"/>
        </w:trPr>
        <w:tc>
          <w:tcPr>
            <w:tcW w:w="4390" w:type="dxa"/>
            <w:tcBorders>
              <w:left w:val="nil"/>
              <w:bottom w:val="nil"/>
              <w:right w:val="nil"/>
            </w:tcBorders>
            <w:vAlign w:val="center"/>
          </w:tcPr>
          <w:p w14:paraId="20A6A4C7" w14:textId="436E9A1A" w:rsidR="00593974" w:rsidRPr="00541A6B" w:rsidRDefault="00593974" w:rsidP="001754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proofErr w:type="spellStart"/>
            <w:r w:rsidRPr="00541A6B">
              <w:rPr>
                <w:rFonts w:ascii="Times New Roman" w:eastAsia="Arial Unicode MS" w:hAnsi="Times New Roman" w:cs="Times New Roman"/>
                <w:b/>
                <w:bCs/>
              </w:rPr>
              <w:t>potpis</w:t>
            </w:r>
            <w:proofErr w:type="spellEnd"/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340C248F" w14:textId="77777777" w:rsidR="00593974" w:rsidRPr="00541A6B" w:rsidRDefault="00593974" w:rsidP="001754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3827" w:type="dxa"/>
            <w:tcBorders>
              <w:left w:val="nil"/>
              <w:bottom w:val="nil"/>
              <w:right w:val="nil"/>
            </w:tcBorders>
          </w:tcPr>
          <w:p w14:paraId="0DDB4C9A" w14:textId="783D4BC0" w:rsidR="00593974" w:rsidRPr="00541A6B" w:rsidRDefault="00593974" w:rsidP="001754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proofErr w:type="spellStart"/>
            <w:r w:rsidRPr="00541A6B">
              <w:rPr>
                <w:rFonts w:ascii="Times New Roman" w:eastAsia="Arial Unicode MS" w:hAnsi="Times New Roman" w:cs="Times New Roman"/>
                <w:b/>
                <w:bCs/>
              </w:rPr>
              <w:t>potpis</w:t>
            </w:r>
            <w:proofErr w:type="spellEnd"/>
          </w:p>
        </w:tc>
      </w:tr>
    </w:tbl>
    <w:p w14:paraId="22D7C1A6" w14:textId="77777777" w:rsidR="00946123" w:rsidRPr="00541A6B" w:rsidRDefault="00946123" w:rsidP="00946123">
      <w:pPr>
        <w:suppressAutoHyphens/>
        <w:spacing w:after="0" w:line="240" w:lineRule="auto"/>
        <w:rPr>
          <w:rFonts w:ascii="Times New Roman" w:eastAsia="Arial Unicode MS" w:hAnsi="Times New Roman" w:cs="Times New Roman"/>
          <w:b/>
        </w:rPr>
      </w:pPr>
    </w:p>
    <w:tbl>
      <w:tblPr>
        <w:tblW w:w="5755" w:type="dxa"/>
        <w:tblInd w:w="57" w:type="dxa"/>
        <w:tblLayout w:type="fixed"/>
        <w:tblLook w:val="0000" w:firstRow="0" w:lastRow="0" w:firstColumn="0" w:lastColumn="0" w:noHBand="0" w:noVBand="0"/>
      </w:tblPr>
      <w:tblGrid>
        <w:gridCol w:w="359"/>
        <w:gridCol w:w="3193"/>
        <w:gridCol w:w="236"/>
        <w:gridCol w:w="1967"/>
      </w:tblGrid>
      <w:tr w:rsidR="00946123" w:rsidRPr="00541A6B" w14:paraId="64237434" w14:textId="77777777" w:rsidTr="001754B9">
        <w:tc>
          <w:tcPr>
            <w:tcW w:w="359" w:type="dxa"/>
            <w:vAlign w:val="center"/>
          </w:tcPr>
          <w:p w14:paraId="4A2CC0AA" w14:textId="77777777" w:rsidR="00946123" w:rsidRPr="00541A6B" w:rsidRDefault="00946123" w:rsidP="001754B9">
            <w:pPr>
              <w:spacing w:after="0"/>
              <w:jc w:val="center"/>
              <w:rPr>
                <w:rFonts w:ascii="Times New Roman" w:eastAsia="Arial Narrow" w:hAnsi="Times New Roman" w:cs="Times New Roman"/>
                <w:bCs/>
              </w:rPr>
            </w:pPr>
            <w:r w:rsidRPr="00541A6B">
              <w:rPr>
                <w:rFonts w:ascii="Times New Roman" w:eastAsia="Arial Narrow" w:hAnsi="Times New Roman" w:cs="Times New Roman"/>
                <w:bCs/>
              </w:rPr>
              <w:t>U</w:t>
            </w:r>
          </w:p>
        </w:tc>
        <w:tc>
          <w:tcPr>
            <w:tcW w:w="3193" w:type="dxa"/>
            <w:tcBorders>
              <w:bottom w:val="single" w:sz="4" w:space="0" w:color="auto"/>
            </w:tcBorders>
            <w:vAlign w:val="center"/>
          </w:tcPr>
          <w:p w14:paraId="31E81EEA" w14:textId="77777777" w:rsidR="00946123" w:rsidRPr="00541A6B" w:rsidRDefault="00946123" w:rsidP="001754B9">
            <w:pPr>
              <w:spacing w:after="0"/>
              <w:rPr>
                <w:rFonts w:ascii="Times New Roman" w:eastAsia="Arial Narrow" w:hAnsi="Times New Roman" w:cs="Times New Roman"/>
              </w:rPr>
            </w:pPr>
            <w:r w:rsidRPr="00541A6B">
              <w:rPr>
                <w:rFonts w:ascii="Times New Roman" w:eastAsia="Arial Narrow" w:hAnsi="Times New Roman" w:cs="Times New Roman"/>
              </w:rPr>
              <w:t xml:space="preserve"> </w:t>
            </w:r>
          </w:p>
        </w:tc>
        <w:tc>
          <w:tcPr>
            <w:tcW w:w="236" w:type="dxa"/>
            <w:vAlign w:val="center"/>
          </w:tcPr>
          <w:p w14:paraId="30F6B2BA" w14:textId="77777777" w:rsidR="00946123" w:rsidRPr="00541A6B" w:rsidRDefault="00946123" w:rsidP="001754B9">
            <w:pPr>
              <w:spacing w:after="0"/>
              <w:rPr>
                <w:rFonts w:ascii="Times New Roman" w:eastAsia="Arial Narrow" w:hAnsi="Times New Roman" w:cs="Times New Roman"/>
              </w:rPr>
            </w:pPr>
            <w:r w:rsidRPr="00541A6B">
              <w:rPr>
                <w:rFonts w:ascii="Times New Roman" w:eastAsia="Arial Narrow" w:hAnsi="Times New Roman" w:cs="Times New Roman"/>
                <w:b/>
              </w:rPr>
              <w:t>,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vAlign w:val="center"/>
          </w:tcPr>
          <w:p w14:paraId="03335A7F" w14:textId="77777777" w:rsidR="00946123" w:rsidRPr="00541A6B" w:rsidRDefault="00946123" w:rsidP="001754B9">
            <w:pPr>
              <w:spacing w:after="0"/>
              <w:rPr>
                <w:rFonts w:ascii="Times New Roman" w:eastAsia="Arial Narrow" w:hAnsi="Times New Roman" w:cs="Times New Roman"/>
              </w:rPr>
            </w:pPr>
          </w:p>
        </w:tc>
      </w:tr>
      <w:tr w:rsidR="00946123" w:rsidRPr="00541A6B" w14:paraId="4C08E95E" w14:textId="77777777" w:rsidTr="001754B9">
        <w:tc>
          <w:tcPr>
            <w:tcW w:w="359" w:type="dxa"/>
            <w:vAlign w:val="center"/>
          </w:tcPr>
          <w:p w14:paraId="3F2DE654" w14:textId="77777777" w:rsidR="00946123" w:rsidRPr="00541A6B" w:rsidRDefault="00946123" w:rsidP="001754B9">
            <w:pPr>
              <w:spacing w:after="0"/>
              <w:jc w:val="center"/>
              <w:rPr>
                <w:rFonts w:ascii="Times New Roman" w:eastAsia="Arial Narrow" w:hAnsi="Times New Roman" w:cs="Times New Roman"/>
                <w:b/>
              </w:rPr>
            </w:pPr>
          </w:p>
        </w:tc>
        <w:tc>
          <w:tcPr>
            <w:tcW w:w="3193" w:type="dxa"/>
            <w:tcBorders>
              <w:top w:val="single" w:sz="4" w:space="0" w:color="auto"/>
            </w:tcBorders>
            <w:vAlign w:val="center"/>
          </w:tcPr>
          <w:p w14:paraId="5EEA0386" w14:textId="77777777" w:rsidR="00946123" w:rsidRPr="00541A6B" w:rsidRDefault="00946123" w:rsidP="001754B9">
            <w:pPr>
              <w:spacing w:after="0"/>
              <w:jc w:val="center"/>
              <w:rPr>
                <w:rFonts w:ascii="Times New Roman" w:eastAsia="Arial Narrow" w:hAnsi="Times New Roman" w:cs="Times New Roman"/>
              </w:rPr>
            </w:pPr>
            <w:r w:rsidRPr="00541A6B">
              <w:rPr>
                <w:rFonts w:ascii="Times New Roman" w:eastAsia="Arial Narrow" w:hAnsi="Times New Roman" w:cs="Times New Roman"/>
              </w:rPr>
              <w:t>mjesto</w:t>
            </w:r>
          </w:p>
        </w:tc>
        <w:tc>
          <w:tcPr>
            <w:tcW w:w="236" w:type="dxa"/>
            <w:vAlign w:val="center"/>
          </w:tcPr>
          <w:p w14:paraId="529611CE" w14:textId="77777777" w:rsidR="00946123" w:rsidRPr="00541A6B" w:rsidRDefault="00946123" w:rsidP="001754B9">
            <w:pPr>
              <w:spacing w:after="0"/>
              <w:jc w:val="center"/>
              <w:rPr>
                <w:rFonts w:ascii="Times New Roman" w:eastAsia="Arial Narrow" w:hAnsi="Times New Roman" w:cs="Times New Roman"/>
                <w:b/>
              </w:rPr>
            </w:pPr>
          </w:p>
        </w:tc>
        <w:tc>
          <w:tcPr>
            <w:tcW w:w="1967" w:type="dxa"/>
            <w:tcBorders>
              <w:top w:val="single" w:sz="4" w:space="0" w:color="auto"/>
            </w:tcBorders>
            <w:vAlign w:val="center"/>
          </w:tcPr>
          <w:p w14:paraId="6235FBC7" w14:textId="77777777" w:rsidR="00946123" w:rsidRPr="00541A6B" w:rsidRDefault="00946123" w:rsidP="001754B9">
            <w:pPr>
              <w:spacing w:after="0"/>
              <w:jc w:val="center"/>
              <w:rPr>
                <w:rFonts w:ascii="Times New Roman" w:eastAsia="Arial Narrow" w:hAnsi="Times New Roman" w:cs="Times New Roman"/>
              </w:rPr>
            </w:pPr>
            <w:r w:rsidRPr="00541A6B">
              <w:rPr>
                <w:rFonts w:ascii="Times New Roman" w:eastAsia="Arial Narrow" w:hAnsi="Times New Roman" w:cs="Times New Roman"/>
              </w:rPr>
              <w:t>datum i godina</w:t>
            </w:r>
          </w:p>
        </w:tc>
      </w:tr>
    </w:tbl>
    <w:p w14:paraId="63A5A31B" w14:textId="7C23A03A" w:rsidR="004F6E32" w:rsidRDefault="004F6E32" w:rsidP="00946123"/>
    <w:sectPr w:rsidR="004F6E32" w:rsidSect="00946123">
      <w:pgSz w:w="12240" w:h="15840"/>
      <w:pgMar w:top="720" w:right="1041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C5D4632"/>
    <w:multiLevelType w:val="hybridMultilevel"/>
    <w:tmpl w:val="1F0A0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206708">
    <w:abstractNumId w:val="8"/>
  </w:num>
  <w:num w:numId="2" w16cid:durableId="1266108589">
    <w:abstractNumId w:val="6"/>
  </w:num>
  <w:num w:numId="3" w16cid:durableId="1641498347">
    <w:abstractNumId w:val="5"/>
  </w:num>
  <w:num w:numId="4" w16cid:durableId="648940966">
    <w:abstractNumId w:val="4"/>
  </w:num>
  <w:num w:numId="5" w16cid:durableId="1371420939">
    <w:abstractNumId w:val="7"/>
  </w:num>
  <w:num w:numId="6" w16cid:durableId="383527625">
    <w:abstractNumId w:val="3"/>
  </w:num>
  <w:num w:numId="7" w16cid:durableId="1687560325">
    <w:abstractNumId w:val="2"/>
  </w:num>
  <w:num w:numId="8" w16cid:durableId="2141654565">
    <w:abstractNumId w:val="1"/>
  </w:num>
  <w:num w:numId="9" w16cid:durableId="990059529">
    <w:abstractNumId w:val="0"/>
  </w:num>
  <w:num w:numId="10" w16cid:durableId="14131159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750D"/>
    <w:rsid w:val="0029639D"/>
    <w:rsid w:val="002B19F9"/>
    <w:rsid w:val="00326F90"/>
    <w:rsid w:val="004F6E32"/>
    <w:rsid w:val="00541A6B"/>
    <w:rsid w:val="00593974"/>
    <w:rsid w:val="006E1435"/>
    <w:rsid w:val="00734D8A"/>
    <w:rsid w:val="0090789E"/>
    <w:rsid w:val="00946123"/>
    <w:rsid w:val="009724B4"/>
    <w:rsid w:val="009D5B21"/>
    <w:rsid w:val="00A02230"/>
    <w:rsid w:val="00A27D18"/>
    <w:rsid w:val="00AA170C"/>
    <w:rsid w:val="00AA1D8D"/>
    <w:rsid w:val="00AF5B87"/>
    <w:rsid w:val="00B47730"/>
    <w:rsid w:val="00C55DCE"/>
    <w:rsid w:val="00C70B75"/>
    <w:rsid w:val="00CB0664"/>
    <w:rsid w:val="00E671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E44A12"/>
  <w14:defaultImageDpi w14:val="300"/>
  <w15:docId w15:val="{A51B7AEA-50FA-4CC9-A748-4454C43B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Antonia Kljaić</cp:lastModifiedBy>
  <cp:revision>7</cp:revision>
  <dcterms:created xsi:type="dcterms:W3CDTF">2026-09-30T09:54:00Z</dcterms:created>
  <dcterms:modified xsi:type="dcterms:W3CDTF">2026-10-01T05:59:00Z</dcterms:modified>
  <cp:category/>
</cp:coreProperties>
</file>