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CD521" w14:textId="77777777" w:rsidR="00FF00D4" w:rsidRPr="00F91672" w:rsidRDefault="00000000" w:rsidP="0014358B">
      <w:pPr>
        <w:spacing w:after="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91672">
        <w:rPr>
          <w:rFonts w:ascii="Times New Roman" w:hAnsi="Times New Roman" w:cs="Times New Roman"/>
          <w:b/>
          <w:sz w:val="20"/>
          <w:szCs w:val="20"/>
        </w:rPr>
        <w:t>GRAD KAŠTELA</w:t>
      </w:r>
      <w:r w:rsidRPr="00F91672">
        <w:rPr>
          <w:rFonts w:ascii="Times New Roman" w:hAnsi="Times New Roman" w:cs="Times New Roman"/>
          <w:b/>
          <w:sz w:val="20"/>
          <w:szCs w:val="20"/>
        </w:rPr>
        <w:br/>
        <w:t>UPRAVNI ODJEL ZA DRUŠTVENE DJELATNOSTI I OPĆE POSLOVE</w:t>
      </w:r>
    </w:p>
    <w:p w14:paraId="1A4D3020" w14:textId="77777777" w:rsidR="0014358B" w:rsidRPr="00F91672" w:rsidRDefault="0014358B" w:rsidP="0014358B">
      <w:pPr>
        <w:spacing w:after="20"/>
        <w:jc w:val="center"/>
        <w:rPr>
          <w:rFonts w:ascii="Times New Roman" w:hAnsi="Times New Roman" w:cs="Times New Roman"/>
          <w:sz w:val="24"/>
          <w:szCs w:val="24"/>
        </w:rPr>
      </w:pPr>
    </w:p>
    <w:p w14:paraId="4B990125" w14:textId="3B1B6FDF" w:rsidR="00FF00D4" w:rsidRPr="00F91672" w:rsidRDefault="00000000" w:rsidP="0014358B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672">
        <w:rPr>
          <w:rFonts w:ascii="Times New Roman" w:hAnsi="Times New Roman" w:cs="Times New Roman"/>
          <w:b/>
          <w:sz w:val="24"/>
          <w:szCs w:val="24"/>
        </w:rPr>
        <w:t xml:space="preserve">OBRAZAC </w:t>
      </w:r>
      <w:r w:rsidR="0014358B" w:rsidRPr="00F91672">
        <w:rPr>
          <w:rFonts w:ascii="Times New Roman" w:hAnsi="Times New Roman" w:cs="Times New Roman"/>
          <w:b/>
          <w:sz w:val="24"/>
          <w:szCs w:val="24"/>
        </w:rPr>
        <w:t xml:space="preserve">OPISNOG </w:t>
      </w:r>
      <w:r w:rsidRPr="00F91672">
        <w:rPr>
          <w:rFonts w:ascii="Times New Roman" w:hAnsi="Times New Roman" w:cs="Times New Roman"/>
          <w:b/>
          <w:sz w:val="24"/>
          <w:szCs w:val="24"/>
        </w:rPr>
        <w:t>IZVJEŠĆA</w:t>
      </w:r>
    </w:p>
    <w:p w14:paraId="7F58A732" w14:textId="77777777" w:rsidR="0014358B" w:rsidRPr="00F91672" w:rsidRDefault="0014358B" w:rsidP="0014358B">
      <w:pPr>
        <w:spacing w:after="20"/>
        <w:jc w:val="center"/>
        <w:rPr>
          <w:rFonts w:ascii="Times New Roman" w:hAnsi="Times New Roman" w:cs="Times New Roman"/>
          <w:sz w:val="24"/>
          <w:szCs w:val="24"/>
        </w:rPr>
      </w:pPr>
    </w:p>
    <w:p w14:paraId="47CDBE16" w14:textId="561C8C75" w:rsidR="00FF00D4" w:rsidRPr="00F91672" w:rsidRDefault="00000000" w:rsidP="0014358B">
      <w:pPr>
        <w:spacing w:after="20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F91672">
        <w:rPr>
          <w:rFonts w:ascii="Times New Roman" w:hAnsi="Times New Roman" w:cs="Times New Roman"/>
          <w:b/>
          <w:sz w:val="20"/>
          <w:szCs w:val="20"/>
        </w:rPr>
        <w:t>Javni</w:t>
      </w:r>
      <w:proofErr w:type="spellEnd"/>
      <w:r w:rsidRPr="00F91672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b/>
          <w:sz w:val="20"/>
          <w:szCs w:val="20"/>
        </w:rPr>
        <w:t>poziv</w:t>
      </w:r>
      <w:proofErr w:type="spellEnd"/>
      <w:r w:rsidRPr="00F91672">
        <w:rPr>
          <w:rFonts w:ascii="Times New Roman" w:hAnsi="Times New Roman" w:cs="Times New Roman"/>
          <w:b/>
          <w:sz w:val="20"/>
          <w:szCs w:val="20"/>
        </w:rPr>
        <w:t xml:space="preserve"> za </w:t>
      </w:r>
      <w:proofErr w:type="spellStart"/>
      <w:r w:rsidRPr="00F91672">
        <w:rPr>
          <w:rFonts w:ascii="Times New Roman" w:hAnsi="Times New Roman" w:cs="Times New Roman"/>
          <w:b/>
          <w:sz w:val="20"/>
          <w:szCs w:val="20"/>
        </w:rPr>
        <w:t>financiranje</w:t>
      </w:r>
      <w:proofErr w:type="spellEnd"/>
      <w:r w:rsidRPr="00F91672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b/>
          <w:sz w:val="20"/>
          <w:szCs w:val="20"/>
        </w:rPr>
        <w:t>javnih</w:t>
      </w:r>
      <w:proofErr w:type="spellEnd"/>
      <w:r w:rsidRPr="00F91672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b/>
          <w:sz w:val="20"/>
          <w:szCs w:val="20"/>
        </w:rPr>
        <w:t>potreba</w:t>
      </w:r>
      <w:proofErr w:type="spellEnd"/>
      <w:r w:rsidRPr="00F91672">
        <w:rPr>
          <w:rFonts w:ascii="Times New Roman" w:hAnsi="Times New Roman" w:cs="Times New Roman"/>
          <w:b/>
          <w:sz w:val="20"/>
          <w:szCs w:val="20"/>
        </w:rPr>
        <w:t xml:space="preserve"> u </w:t>
      </w:r>
      <w:proofErr w:type="spellStart"/>
      <w:r w:rsidRPr="00F91672">
        <w:rPr>
          <w:rFonts w:ascii="Times New Roman" w:hAnsi="Times New Roman" w:cs="Times New Roman"/>
          <w:b/>
          <w:sz w:val="20"/>
          <w:szCs w:val="20"/>
        </w:rPr>
        <w:t>kulturi</w:t>
      </w:r>
      <w:proofErr w:type="spellEnd"/>
      <w:r w:rsidRPr="00F91672">
        <w:rPr>
          <w:rFonts w:ascii="Times New Roman" w:hAnsi="Times New Roman" w:cs="Times New Roman"/>
          <w:b/>
          <w:sz w:val="20"/>
          <w:szCs w:val="20"/>
        </w:rPr>
        <w:t xml:space="preserve"> Grada Kaštela za 2027. </w:t>
      </w:r>
      <w:proofErr w:type="spellStart"/>
      <w:r w:rsidR="0014358B" w:rsidRPr="00F91672">
        <w:rPr>
          <w:rFonts w:ascii="Times New Roman" w:hAnsi="Times New Roman" w:cs="Times New Roman"/>
          <w:b/>
          <w:sz w:val="20"/>
          <w:szCs w:val="20"/>
        </w:rPr>
        <w:t>g</w:t>
      </w:r>
      <w:r w:rsidRPr="00F91672">
        <w:rPr>
          <w:rFonts w:ascii="Times New Roman" w:hAnsi="Times New Roman" w:cs="Times New Roman"/>
          <w:b/>
          <w:sz w:val="20"/>
          <w:szCs w:val="20"/>
        </w:rPr>
        <w:t>odinu</w:t>
      </w:r>
      <w:proofErr w:type="spellEnd"/>
    </w:p>
    <w:p w14:paraId="24103908" w14:textId="77777777" w:rsidR="0014358B" w:rsidRPr="00F91672" w:rsidRDefault="0014358B" w:rsidP="0014358B">
      <w:pPr>
        <w:spacing w:after="20"/>
        <w:jc w:val="center"/>
        <w:rPr>
          <w:rFonts w:ascii="Times New Roman" w:hAnsi="Times New Roman" w:cs="Times New Roman"/>
          <w:sz w:val="20"/>
          <w:szCs w:val="20"/>
        </w:rPr>
      </w:pPr>
    </w:p>
    <w:p w14:paraId="521D9153" w14:textId="77777777" w:rsidR="00821A70" w:rsidRPr="00F91672" w:rsidRDefault="00821A70" w:rsidP="0014358B">
      <w:pPr>
        <w:spacing w:after="2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0"/>
        <w:gridCol w:w="4932"/>
      </w:tblGrid>
      <w:tr w:rsidR="00FF00D4" w:rsidRPr="00F91672" w14:paraId="45A0BBA7" w14:textId="77777777">
        <w:tc>
          <w:tcPr>
            <w:tcW w:w="5270" w:type="dxa"/>
            <w:shd w:val="clear" w:color="auto" w:fill="E7E6E6"/>
            <w:vAlign w:val="center"/>
          </w:tcPr>
          <w:p w14:paraId="3B021D12" w14:textId="77777777" w:rsidR="00FF00D4" w:rsidRPr="00F91672" w:rsidRDefault="00000000" w:rsidP="00143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672">
              <w:rPr>
                <w:rFonts w:ascii="Times New Roman" w:hAnsi="Times New Roman" w:cs="Times New Roman"/>
                <w:b/>
                <w:sz w:val="24"/>
                <w:szCs w:val="24"/>
              </w:rPr>
              <w:t>Korisnik</w:t>
            </w:r>
            <w:proofErr w:type="spellEnd"/>
          </w:p>
        </w:tc>
        <w:tc>
          <w:tcPr>
            <w:tcW w:w="5270" w:type="dxa"/>
            <w:vAlign w:val="center"/>
          </w:tcPr>
          <w:p w14:paraId="5B221587" w14:textId="77777777" w:rsidR="00FF00D4" w:rsidRPr="00F91672" w:rsidRDefault="00FF00D4" w:rsidP="00143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0D4" w:rsidRPr="00F91672" w14:paraId="3FA378A1" w14:textId="77777777">
        <w:tc>
          <w:tcPr>
            <w:tcW w:w="5270" w:type="dxa"/>
            <w:shd w:val="clear" w:color="auto" w:fill="E7E6E6"/>
            <w:vAlign w:val="center"/>
          </w:tcPr>
          <w:p w14:paraId="424BC6D1" w14:textId="77777777" w:rsidR="00FF00D4" w:rsidRPr="00F91672" w:rsidRDefault="00000000" w:rsidP="00143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672">
              <w:rPr>
                <w:rFonts w:ascii="Times New Roman" w:hAnsi="Times New Roman" w:cs="Times New Roman"/>
                <w:b/>
                <w:sz w:val="24"/>
                <w:szCs w:val="24"/>
              </w:rPr>
              <w:t>Naziv</w:t>
            </w:r>
            <w:proofErr w:type="spellEnd"/>
            <w:r w:rsidRPr="00F916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1672">
              <w:rPr>
                <w:rFonts w:ascii="Times New Roman" w:hAnsi="Times New Roman" w:cs="Times New Roman"/>
                <w:b/>
                <w:sz w:val="24"/>
                <w:szCs w:val="24"/>
              </w:rPr>
              <w:t>programa</w:t>
            </w:r>
            <w:proofErr w:type="spellEnd"/>
            <w:r w:rsidRPr="00F9167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F91672">
              <w:rPr>
                <w:rFonts w:ascii="Times New Roman" w:hAnsi="Times New Roman" w:cs="Times New Roman"/>
                <w:b/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5270" w:type="dxa"/>
            <w:vAlign w:val="center"/>
          </w:tcPr>
          <w:p w14:paraId="70170EE6" w14:textId="77777777" w:rsidR="00FF00D4" w:rsidRPr="00F91672" w:rsidRDefault="00FF00D4" w:rsidP="00143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0D4" w:rsidRPr="00F91672" w14:paraId="163AA11A" w14:textId="77777777">
        <w:tc>
          <w:tcPr>
            <w:tcW w:w="5270" w:type="dxa"/>
            <w:shd w:val="clear" w:color="auto" w:fill="E7E6E6"/>
            <w:vAlign w:val="center"/>
          </w:tcPr>
          <w:p w14:paraId="7D5781B1" w14:textId="77777777" w:rsidR="00FF00D4" w:rsidRPr="00F91672" w:rsidRDefault="00000000" w:rsidP="00143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672">
              <w:rPr>
                <w:rFonts w:ascii="Times New Roman" w:hAnsi="Times New Roman" w:cs="Times New Roman"/>
                <w:b/>
                <w:sz w:val="24"/>
                <w:szCs w:val="24"/>
              </w:rPr>
              <w:t>Ugovoreni</w:t>
            </w:r>
            <w:proofErr w:type="spellEnd"/>
            <w:r w:rsidRPr="00F916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iznos Grada</w:t>
            </w:r>
          </w:p>
        </w:tc>
        <w:tc>
          <w:tcPr>
            <w:tcW w:w="5270" w:type="dxa"/>
            <w:vAlign w:val="center"/>
          </w:tcPr>
          <w:p w14:paraId="21174EE6" w14:textId="546C7302" w:rsidR="00FF00D4" w:rsidRPr="00F91672" w:rsidRDefault="00000000" w:rsidP="00143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672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F91672" w:rsidRPr="00F91672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F91672">
              <w:rPr>
                <w:rFonts w:ascii="Times New Roman" w:hAnsi="Times New Roman" w:cs="Times New Roman"/>
                <w:sz w:val="24"/>
                <w:szCs w:val="24"/>
              </w:rPr>
              <w:t>__ EUR</w:t>
            </w:r>
          </w:p>
        </w:tc>
      </w:tr>
      <w:tr w:rsidR="00FF00D4" w:rsidRPr="00F91672" w14:paraId="374E178B" w14:textId="77777777">
        <w:tc>
          <w:tcPr>
            <w:tcW w:w="5270" w:type="dxa"/>
            <w:shd w:val="clear" w:color="auto" w:fill="E7E6E6"/>
            <w:vAlign w:val="center"/>
          </w:tcPr>
          <w:p w14:paraId="62432A3A" w14:textId="77777777" w:rsidR="00FF00D4" w:rsidRPr="00F91672" w:rsidRDefault="00000000" w:rsidP="00143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672">
              <w:rPr>
                <w:rFonts w:ascii="Times New Roman" w:hAnsi="Times New Roman" w:cs="Times New Roman"/>
                <w:b/>
                <w:sz w:val="24"/>
                <w:szCs w:val="24"/>
              </w:rPr>
              <w:t>Razdoblje</w:t>
            </w:r>
            <w:proofErr w:type="spellEnd"/>
            <w:r w:rsidRPr="00F916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1672">
              <w:rPr>
                <w:rFonts w:ascii="Times New Roman" w:hAnsi="Times New Roman" w:cs="Times New Roman"/>
                <w:b/>
                <w:sz w:val="24"/>
                <w:szCs w:val="24"/>
              </w:rPr>
              <w:t>provedbe</w:t>
            </w:r>
            <w:proofErr w:type="spellEnd"/>
          </w:p>
        </w:tc>
        <w:tc>
          <w:tcPr>
            <w:tcW w:w="5270" w:type="dxa"/>
            <w:vAlign w:val="center"/>
          </w:tcPr>
          <w:p w14:paraId="45B7CD5C" w14:textId="77777777" w:rsidR="00FF00D4" w:rsidRPr="00F91672" w:rsidRDefault="00FF00D4" w:rsidP="00143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9D434D" w14:textId="77777777" w:rsidR="0014358B" w:rsidRPr="00F91672" w:rsidRDefault="0014358B" w:rsidP="0014358B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49E9F029" w14:textId="20455366" w:rsidR="00FF00D4" w:rsidRPr="00F91672" w:rsidRDefault="00000000" w:rsidP="0014358B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F91672">
        <w:rPr>
          <w:rFonts w:ascii="Times New Roman" w:hAnsi="Times New Roman" w:cs="Times New Roman"/>
          <w:b/>
          <w:sz w:val="24"/>
          <w:szCs w:val="24"/>
        </w:rPr>
        <w:t>1. PROVEDENE AKTIVNOSTI</w:t>
      </w:r>
    </w:p>
    <w:p w14:paraId="2EAF255E" w14:textId="77777777" w:rsidR="00FF00D4" w:rsidRPr="00F91672" w:rsidRDefault="00000000" w:rsidP="0014358B">
      <w:pPr>
        <w:spacing w:after="20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Sažeto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opišite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što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je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provedeno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, kada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i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gdje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821A70" w:rsidRPr="00F91672" w14:paraId="3E78D75B" w14:textId="77777777" w:rsidTr="00821A70">
        <w:tc>
          <w:tcPr>
            <w:tcW w:w="9962" w:type="dxa"/>
          </w:tcPr>
          <w:p w14:paraId="23F9BA9D" w14:textId="77777777" w:rsidR="00821A70" w:rsidRPr="00F91672" w:rsidRDefault="00821A70" w:rsidP="00821A70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10B7EE60" w14:textId="77777777" w:rsidTr="00821A70">
        <w:tc>
          <w:tcPr>
            <w:tcW w:w="9962" w:type="dxa"/>
          </w:tcPr>
          <w:p w14:paraId="3CEAA490" w14:textId="77777777" w:rsidR="00821A70" w:rsidRPr="00F91672" w:rsidRDefault="00821A70" w:rsidP="00821A70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7560D55B" w14:textId="77777777" w:rsidTr="00821A70">
        <w:tc>
          <w:tcPr>
            <w:tcW w:w="9962" w:type="dxa"/>
          </w:tcPr>
          <w:p w14:paraId="7B4085FB" w14:textId="77777777" w:rsidR="00821A70" w:rsidRPr="00F91672" w:rsidRDefault="00821A70" w:rsidP="00821A70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79F08811" w14:textId="77777777" w:rsidTr="00821A70">
        <w:tc>
          <w:tcPr>
            <w:tcW w:w="9962" w:type="dxa"/>
          </w:tcPr>
          <w:p w14:paraId="1EE608E9" w14:textId="77777777" w:rsidR="00821A70" w:rsidRPr="00F91672" w:rsidRDefault="00821A70" w:rsidP="00821A70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05FA7F60" w14:textId="77777777" w:rsidTr="00821A70">
        <w:tc>
          <w:tcPr>
            <w:tcW w:w="9962" w:type="dxa"/>
          </w:tcPr>
          <w:p w14:paraId="1BA0E193" w14:textId="77777777" w:rsidR="00821A70" w:rsidRPr="00F91672" w:rsidRDefault="00821A70" w:rsidP="00821A70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615124CA" w14:textId="77777777" w:rsidTr="00821A70">
        <w:tc>
          <w:tcPr>
            <w:tcW w:w="9962" w:type="dxa"/>
          </w:tcPr>
          <w:p w14:paraId="56D916EB" w14:textId="77777777" w:rsidR="00821A70" w:rsidRPr="00F91672" w:rsidRDefault="00821A70" w:rsidP="00821A70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5800F20D" w14:textId="77777777" w:rsidTr="00821A70">
        <w:tc>
          <w:tcPr>
            <w:tcW w:w="9962" w:type="dxa"/>
          </w:tcPr>
          <w:p w14:paraId="0D357CC9" w14:textId="77777777" w:rsidR="00821A70" w:rsidRPr="00F91672" w:rsidRDefault="00821A70" w:rsidP="00821A70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</w:tbl>
    <w:p w14:paraId="7F90D304" w14:textId="77777777" w:rsidR="00821A70" w:rsidRPr="00F91672" w:rsidRDefault="00821A70" w:rsidP="0014358B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1B59DBF" w14:textId="6F8C972F" w:rsidR="00FF00D4" w:rsidRPr="00F91672" w:rsidRDefault="00000000" w:rsidP="0014358B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F91672">
        <w:rPr>
          <w:rFonts w:ascii="Times New Roman" w:hAnsi="Times New Roman" w:cs="Times New Roman"/>
          <w:b/>
          <w:sz w:val="24"/>
          <w:szCs w:val="24"/>
        </w:rPr>
        <w:t>2. OSTVARENI REZULTATI I PUBLIKA</w:t>
      </w:r>
    </w:p>
    <w:p w14:paraId="0F71854D" w14:textId="77777777" w:rsidR="00FF00D4" w:rsidRPr="00F91672" w:rsidRDefault="00000000" w:rsidP="0014358B">
      <w:pPr>
        <w:spacing w:after="20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Navedite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ostvarene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rezultate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i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ako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je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primjenjivo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broj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sudionika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>/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posjetitelja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>/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korisnika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821A70" w:rsidRPr="00F91672" w14:paraId="49D8005F" w14:textId="77777777" w:rsidTr="00190F2E">
        <w:tc>
          <w:tcPr>
            <w:tcW w:w="9962" w:type="dxa"/>
          </w:tcPr>
          <w:p w14:paraId="252CFC4E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6B65D105" w14:textId="77777777" w:rsidTr="00190F2E">
        <w:tc>
          <w:tcPr>
            <w:tcW w:w="9962" w:type="dxa"/>
          </w:tcPr>
          <w:p w14:paraId="7E9313A6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65FB73DF" w14:textId="77777777" w:rsidTr="00190F2E">
        <w:tc>
          <w:tcPr>
            <w:tcW w:w="9962" w:type="dxa"/>
          </w:tcPr>
          <w:p w14:paraId="3C10A7A0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619B5FFD" w14:textId="77777777" w:rsidTr="00190F2E">
        <w:tc>
          <w:tcPr>
            <w:tcW w:w="9962" w:type="dxa"/>
          </w:tcPr>
          <w:p w14:paraId="7A992E8A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4022B49C" w14:textId="77777777" w:rsidTr="00190F2E">
        <w:tc>
          <w:tcPr>
            <w:tcW w:w="9962" w:type="dxa"/>
          </w:tcPr>
          <w:p w14:paraId="20BE507E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0EB97F28" w14:textId="77777777" w:rsidTr="00190F2E">
        <w:tc>
          <w:tcPr>
            <w:tcW w:w="9962" w:type="dxa"/>
          </w:tcPr>
          <w:p w14:paraId="7E0B333C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1BBACEAD" w14:textId="77777777" w:rsidTr="00190F2E">
        <w:tc>
          <w:tcPr>
            <w:tcW w:w="9962" w:type="dxa"/>
          </w:tcPr>
          <w:p w14:paraId="7E3D9645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</w:tbl>
    <w:p w14:paraId="4232C1EE" w14:textId="77777777" w:rsidR="00821A70" w:rsidRPr="00F91672" w:rsidRDefault="00821A70" w:rsidP="0014358B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5AE0D3DD" w14:textId="3046A75F" w:rsidR="00FF00D4" w:rsidRPr="00F91672" w:rsidRDefault="00000000" w:rsidP="0014358B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F91672">
        <w:rPr>
          <w:rFonts w:ascii="Times New Roman" w:hAnsi="Times New Roman" w:cs="Times New Roman"/>
          <w:b/>
          <w:sz w:val="24"/>
          <w:szCs w:val="24"/>
        </w:rPr>
        <w:t>3. ODSTUPANJA OD ODOBRENE PRIJAVE</w:t>
      </w:r>
    </w:p>
    <w:p w14:paraId="7E2CA63D" w14:textId="77777777" w:rsidR="00FF00D4" w:rsidRPr="00F91672" w:rsidRDefault="00000000" w:rsidP="0014358B">
      <w:pPr>
        <w:spacing w:after="20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Navedite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i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obrazložite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eventualna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odstupanja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. Ako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ih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nije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bilo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navedite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„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nije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bilo </w:t>
      </w:r>
      <w:proofErr w:type="spellStart"/>
      <w:proofErr w:type="gram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odstupanja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>“</w:t>
      </w:r>
      <w:proofErr w:type="gramEnd"/>
      <w:r w:rsidRPr="00F91672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821A70" w:rsidRPr="00F91672" w14:paraId="1E2B57B6" w14:textId="77777777" w:rsidTr="00190F2E">
        <w:tc>
          <w:tcPr>
            <w:tcW w:w="9962" w:type="dxa"/>
          </w:tcPr>
          <w:p w14:paraId="0E779F6A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03E66E99" w14:textId="77777777" w:rsidTr="00190F2E">
        <w:tc>
          <w:tcPr>
            <w:tcW w:w="9962" w:type="dxa"/>
          </w:tcPr>
          <w:p w14:paraId="7FD0AF6A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7F570B28" w14:textId="77777777" w:rsidTr="00190F2E">
        <w:tc>
          <w:tcPr>
            <w:tcW w:w="9962" w:type="dxa"/>
          </w:tcPr>
          <w:p w14:paraId="3A2D8513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34E6B64E" w14:textId="77777777" w:rsidTr="00190F2E">
        <w:tc>
          <w:tcPr>
            <w:tcW w:w="9962" w:type="dxa"/>
          </w:tcPr>
          <w:p w14:paraId="4953F4E4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3E19823D" w14:textId="77777777" w:rsidTr="00190F2E">
        <w:tc>
          <w:tcPr>
            <w:tcW w:w="9962" w:type="dxa"/>
          </w:tcPr>
          <w:p w14:paraId="11ECA242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275B25FF" w14:textId="77777777" w:rsidTr="00190F2E">
        <w:tc>
          <w:tcPr>
            <w:tcW w:w="9962" w:type="dxa"/>
          </w:tcPr>
          <w:p w14:paraId="1A436A8B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7077215F" w14:textId="77777777" w:rsidTr="00190F2E">
        <w:tc>
          <w:tcPr>
            <w:tcW w:w="9962" w:type="dxa"/>
          </w:tcPr>
          <w:p w14:paraId="5B51E97C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</w:tbl>
    <w:p w14:paraId="24FEECEE" w14:textId="77777777" w:rsidR="00821A70" w:rsidRPr="00F91672" w:rsidRDefault="00821A70" w:rsidP="0014358B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2DE9FAC1" w14:textId="77777777" w:rsidR="00821A70" w:rsidRPr="00F91672" w:rsidRDefault="00821A70" w:rsidP="0014358B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3BF3150D" w14:textId="77777777" w:rsidR="00821A70" w:rsidRPr="00F91672" w:rsidRDefault="00821A70" w:rsidP="0014358B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1A85E9F2" w14:textId="42B1405C" w:rsidR="00FF00D4" w:rsidRPr="00F91672" w:rsidRDefault="00000000" w:rsidP="0014358B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F91672">
        <w:rPr>
          <w:rFonts w:ascii="Times New Roman" w:hAnsi="Times New Roman" w:cs="Times New Roman"/>
          <w:b/>
          <w:sz w:val="24"/>
          <w:szCs w:val="24"/>
        </w:rPr>
        <w:lastRenderedPageBreak/>
        <w:t>4. VIDLJIVOST POTPORE GRADA</w:t>
      </w:r>
    </w:p>
    <w:p w14:paraId="1E6CB891" w14:textId="77777777" w:rsidR="00FF00D4" w:rsidRPr="00F91672" w:rsidRDefault="00000000" w:rsidP="0014358B">
      <w:pPr>
        <w:spacing w:after="20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Opišite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kako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je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istaknuta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91672">
        <w:rPr>
          <w:rFonts w:ascii="Times New Roman" w:hAnsi="Times New Roman" w:cs="Times New Roman"/>
          <w:i/>
          <w:iCs/>
          <w:sz w:val="20"/>
          <w:szCs w:val="20"/>
        </w:rPr>
        <w:t>potpora</w:t>
      </w:r>
      <w:proofErr w:type="spellEnd"/>
      <w:r w:rsidRPr="00F91672">
        <w:rPr>
          <w:rFonts w:ascii="Times New Roman" w:hAnsi="Times New Roman" w:cs="Times New Roman"/>
          <w:i/>
          <w:iCs/>
          <w:sz w:val="20"/>
          <w:szCs w:val="20"/>
        </w:rPr>
        <w:t xml:space="preserve"> Grada Kaštela.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821A70" w:rsidRPr="00F91672" w14:paraId="7EA01B31" w14:textId="77777777" w:rsidTr="00190F2E">
        <w:tc>
          <w:tcPr>
            <w:tcW w:w="9962" w:type="dxa"/>
          </w:tcPr>
          <w:p w14:paraId="4970920F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3C1F37EF" w14:textId="77777777" w:rsidTr="00190F2E">
        <w:tc>
          <w:tcPr>
            <w:tcW w:w="9962" w:type="dxa"/>
          </w:tcPr>
          <w:p w14:paraId="5F402D85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7E35DC0A" w14:textId="77777777" w:rsidTr="00190F2E">
        <w:tc>
          <w:tcPr>
            <w:tcW w:w="9962" w:type="dxa"/>
          </w:tcPr>
          <w:p w14:paraId="14B1A5E4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14153888" w14:textId="77777777" w:rsidTr="00190F2E">
        <w:tc>
          <w:tcPr>
            <w:tcW w:w="9962" w:type="dxa"/>
          </w:tcPr>
          <w:p w14:paraId="73475F05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183CD3FB" w14:textId="77777777" w:rsidTr="00190F2E">
        <w:tc>
          <w:tcPr>
            <w:tcW w:w="9962" w:type="dxa"/>
          </w:tcPr>
          <w:p w14:paraId="0D267AAC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69D11B45" w14:textId="77777777" w:rsidTr="00190F2E">
        <w:tc>
          <w:tcPr>
            <w:tcW w:w="9962" w:type="dxa"/>
          </w:tcPr>
          <w:p w14:paraId="5BE13592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21A70" w:rsidRPr="00F91672" w14:paraId="386433F4" w14:textId="77777777" w:rsidTr="00190F2E">
        <w:tc>
          <w:tcPr>
            <w:tcW w:w="9962" w:type="dxa"/>
          </w:tcPr>
          <w:p w14:paraId="03FDBDBA" w14:textId="77777777" w:rsidR="00821A70" w:rsidRPr="00F91672" w:rsidRDefault="00821A70" w:rsidP="00190F2E">
            <w:pPr>
              <w:spacing w:before="60" w:after="6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</w:tbl>
    <w:p w14:paraId="32C0FBB9" w14:textId="77777777" w:rsidR="0014358B" w:rsidRPr="00F91672" w:rsidRDefault="0014358B" w:rsidP="0014358B">
      <w:pPr>
        <w:spacing w:after="20"/>
        <w:rPr>
          <w:rFonts w:ascii="Times New Roman" w:hAnsi="Times New Roman" w:cs="Times New Roman"/>
          <w:i/>
          <w:iCs/>
          <w:sz w:val="20"/>
          <w:szCs w:val="20"/>
        </w:rPr>
      </w:pPr>
    </w:p>
    <w:tbl>
      <w:tblPr>
        <w:tblW w:w="977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0"/>
        <w:gridCol w:w="1554"/>
        <w:gridCol w:w="3832"/>
      </w:tblGrid>
      <w:tr w:rsidR="00722CD6" w:rsidRPr="00F91672" w14:paraId="7BA2CA82" w14:textId="77777777" w:rsidTr="009B530E"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C51738" w14:textId="77777777" w:rsidR="00722CD6" w:rsidRPr="00F91672" w:rsidRDefault="00722CD6" w:rsidP="009B53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6718731E" w14:textId="77777777" w:rsidR="00722CD6" w:rsidRPr="00F91672" w:rsidRDefault="00722CD6" w:rsidP="009B53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53372" w14:textId="77777777" w:rsidR="00722CD6" w:rsidRPr="00F91672" w:rsidRDefault="00722CD6" w:rsidP="009B530E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F91672">
              <w:rPr>
                <w:rFonts w:ascii="Times New Roman" w:eastAsia="Arial Unicode MS" w:hAnsi="Times New Roman" w:cs="Times New Roman"/>
                <w:b/>
              </w:rPr>
              <w:t>MP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936552" w14:textId="77777777" w:rsidR="00722CD6" w:rsidRPr="00F91672" w:rsidRDefault="00722CD6" w:rsidP="009B530E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</w:tr>
      <w:tr w:rsidR="00722CD6" w:rsidRPr="00F91672" w14:paraId="7FE58436" w14:textId="77777777" w:rsidTr="009B530E">
        <w:tc>
          <w:tcPr>
            <w:tcW w:w="4390" w:type="dxa"/>
            <w:tcBorders>
              <w:left w:val="nil"/>
              <w:bottom w:val="nil"/>
              <w:right w:val="nil"/>
            </w:tcBorders>
            <w:vAlign w:val="center"/>
          </w:tcPr>
          <w:p w14:paraId="2F3FE79F" w14:textId="77777777" w:rsidR="00722CD6" w:rsidRPr="00F91672" w:rsidRDefault="00722CD6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proofErr w:type="spellStart"/>
            <w:r w:rsidRPr="00F91672">
              <w:rPr>
                <w:rFonts w:ascii="Times New Roman" w:eastAsia="Arial Unicode MS" w:hAnsi="Times New Roman" w:cs="Times New Roman"/>
                <w:b/>
                <w:bCs/>
              </w:rPr>
              <w:t>ime</w:t>
            </w:r>
            <w:proofErr w:type="spellEnd"/>
            <w:r w:rsidRPr="00F91672">
              <w:rPr>
                <w:rFonts w:ascii="Times New Roman" w:eastAsia="Arial Unicode MS" w:hAnsi="Times New Roman" w:cs="Times New Roman"/>
                <w:b/>
                <w:bCs/>
              </w:rPr>
              <w:t xml:space="preserve"> </w:t>
            </w:r>
            <w:proofErr w:type="spellStart"/>
            <w:r w:rsidRPr="00F91672">
              <w:rPr>
                <w:rFonts w:ascii="Times New Roman" w:eastAsia="Arial Unicode MS" w:hAnsi="Times New Roman" w:cs="Times New Roman"/>
                <w:b/>
                <w:bCs/>
              </w:rPr>
              <w:t>i</w:t>
            </w:r>
            <w:proofErr w:type="spellEnd"/>
            <w:r w:rsidRPr="00F91672">
              <w:rPr>
                <w:rFonts w:ascii="Times New Roman" w:eastAsia="Arial Unicode MS" w:hAnsi="Times New Roman" w:cs="Times New Roman"/>
                <w:b/>
                <w:bCs/>
              </w:rPr>
              <w:t xml:space="preserve"> </w:t>
            </w:r>
            <w:proofErr w:type="spellStart"/>
            <w:r w:rsidRPr="00F91672">
              <w:rPr>
                <w:rFonts w:ascii="Times New Roman" w:eastAsia="Arial Unicode MS" w:hAnsi="Times New Roman" w:cs="Times New Roman"/>
                <w:b/>
                <w:bCs/>
              </w:rPr>
              <w:t>prezime</w:t>
            </w:r>
            <w:proofErr w:type="spellEnd"/>
            <w:r w:rsidRPr="00F91672">
              <w:rPr>
                <w:rFonts w:ascii="Times New Roman" w:eastAsia="Arial Unicode MS" w:hAnsi="Times New Roman" w:cs="Times New Roman"/>
                <w:b/>
                <w:bCs/>
              </w:rPr>
              <w:t xml:space="preserve"> </w:t>
            </w:r>
            <w:proofErr w:type="spellStart"/>
            <w:r w:rsidRPr="00F91672">
              <w:rPr>
                <w:rFonts w:ascii="Times New Roman" w:eastAsia="Arial Unicode MS" w:hAnsi="Times New Roman" w:cs="Times New Roman"/>
                <w:b/>
                <w:bCs/>
              </w:rPr>
              <w:t>osobe</w:t>
            </w:r>
            <w:proofErr w:type="spellEnd"/>
            <w:r w:rsidRPr="00F91672">
              <w:rPr>
                <w:rFonts w:ascii="Times New Roman" w:eastAsia="Arial Unicode MS" w:hAnsi="Times New Roman" w:cs="Times New Roman"/>
                <w:b/>
                <w:bCs/>
              </w:rPr>
              <w:t xml:space="preserve"> </w:t>
            </w:r>
            <w:proofErr w:type="spellStart"/>
            <w:r w:rsidRPr="00F91672">
              <w:rPr>
                <w:rFonts w:ascii="Times New Roman" w:eastAsia="Arial Unicode MS" w:hAnsi="Times New Roman" w:cs="Times New Roman"/>
                <w:b/>
                <w:bCs/>
              </w:rPr>
              <w:t>ovlaštene</w:t>
            </w:r>
            <w:proofErr w:type="spellEnd"/>
            <w:r w:rsidRPr="00F91672">
              <w:rPr>
                <w:rFonts w:ascii="Times New Roman" w:eastAsia="Arial Unicode MS" w:hAnsi="Times New Roman" w:cs="Times New Roman"/>
                <w:b/>
                <w:bCs/>
              </w:rPr>
              <w:t xml:space="preserve"> za </w:t>
            </w:r>
            <w:proofErr w:type="spellStart"/>
            <w:r w:rsidRPr="00F91672">
              <w:rPr>
                <w:rFonts w:ascii="Times New Roman" w:eastAsia="Arial Unicode MS" w:hAnsi="Times New Roman" w:cs="Times New Roman"/>
                <w:b/>
                <w:bCs/>
              </w:rPr>
              <w:t>zastupanje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5851F" w14:textId="77777777" w:rsidR="00722CD6" w:rsidRPr="00F91672" w:rsidRDefault="00722CD6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32" w:type="dxa"/>
            <w:tcBorders>
              <w:left w:val="nil"/>
              <w:bottom w:val="nil"/>
              <w:right w:val="nil"/>
            </w:tcBorders>
          </w:tcPr>
          <w:p w14:paraId="05F0BF3F" w14:textId="77777777" w:rsidR="00722CD6" w:rsidRPr="00F91672" w:rsidRDefault="00722CD6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</w:pPr>
            <w:proofErr w:type="spellStart"/>
            <w:r w:rsidRPr="00F9167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ime</w:t>
            </w:r>
            <w:proofErr w:type="spellEnd"/>
            <w:r w:rsidRPr="00F9167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F9167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i</w:t>
            </w:r>
            <w:proofErr w:type="spellEnd"/>
            <w:r w:rsidRPr="00F9167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F9167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prezime</w:t>
            </w:r>
            <w:proofErr w:type="spellEnd"/>
            <w:r w:rsidRPr="00F9167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F9167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voditelja</w:t>
            </w:r>
            <w:proofErr w:type="spellEnd"/>
            <w:r w:rsidRPr="00F9167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F9167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programa</w:t>
            </w:r>
            <w:proofErr w:type="spellEnd"/>
            <w:r w:rsidRPr="00F9167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/</w:t>
            </w:r>
            <w:proofErr w:type="spellStart"/>
            <w:r w:rsidRPr="00F91672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projekta</w:t>
            </w:r>
            <w:proofErr w:type="spellEnd"/>
          </w:p>
        </w:tc>
      </w:tr>
    </w:tbl>
    <w:p w14:paraId="230E11E4" w14:textId="77777777" w:rsidR="00722CD6" w:rsidRPr="00F91672" w:rsidRDefault="00722CD6" w:rsidP="00722CD6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  <w:r w:rsidRPr="00F91672">
        <w:rPr>
          <w:rFonts w:ascii="Times New Roman" w:eastAsia="Arial Unicode MS" w:hAnsi="Times New Roman" w:cs="Times New Roman"/>
          <w:b/>
        </w:rPr>
        <w:t xml:space="preserve">            </w:t>
      </w:r>
    </w:p>
    <w:p w14:paraId="6DD11E7C" w14:textId="77777777" w:rsidR="00722CD6" w:rsidRPr="00F91672" w:rsidRDefault="00722CD6" w:rsidP="00722CD6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</w:p>
    <w:tbl>
      <w:tblPr>
        <w:tblW w:w="977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390"/>
        <w:gridCol w:w="1554"/>
        <w:gridCol w:w="3827"/>
      </w:tblGrid>
      <w:tr w:rsidR="00722CD6" w:rsidRPr="00F91672" w14:paraId="41AF1D9F" w14:textId="77777777" w:rsidTr="009B530E"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8B5FE7" w14:textId="77777777" w:rsidR="00722CD6" w:rsidRPr="00F91672" w:rsidRDefault="00722CD6" w:rsidP="009B53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1FEAE747" w14:textId="77777777" w:rsidR="00722CD6" w:rsidRPr="00F91672" w:rsidRDefault="00722CD6" w:rsidP="009B53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F91672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B757C7" w14:textId="77777777" w:rsidR="00722CD6" w:rsidRPr="00F91672" w:rsidRDefault="00722CD6" w:rsidP="009B53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22CD6" w:rsidRPr="00F91672" w14:paraId="133CDCE8" w14:textId="77777777" w:rsidTr="009B530E">
        <w:tblPrEx>
          <w:tblCellMar>
            <w:bottom w:w="0" w:type="dxa"/>
          </w:tblCellMar>
        </w:tblPrEx>
        <w:trPr>
          <w:trHeight w:val="58"/>
        </w:trPr>
        <w:tc>
          <w:tcPr>
            <w:tcW w:w="4390" w:type="dxa"/>
            <w:tcBorders>
              <w:left w:val="nil"/>
              <w:bottom w:val="nil"/>
              <w:right w:val="nil"/>
            </w:tcBorders>
            <w:vAlign w:val="center"/>
          </w:tcPr>
          <w:p w14:paraId="76103CAB" w14:textId="77777777" w:rsidR="00722CD6" w:rsidRPr="00F91672" w:rsidRDefault="00722CD6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proofErr w:type="spellStart"/>
            <w:r w:rsidRPr="00F91672">
              <w:rPr>
                <w:rFonts w:ascii="Times New Roman" w:eastAsia="Arial Unicode MS" w:hAnsi="Times New Roman" w:cs="Times New Roman"/>
                <w:b/>
                <w:bCs/>
              </w:rPr>
              <w:t>potpis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67F45924" w14:textId="77777777" w:rsidR="00722CD6" w:rsidRPr="00F91672" w:rsidRDefault="00722CD6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</w:tcPr>
          <w:p w14:paraId="240C9F02" w14:textId="77777777" w:rsidR="00722CD6" w:rsidRPr="00F91672" w:rsidRDefault="00722CD6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proofErr w:type="spellStart"/>
            <w:r w:rsidRPr="00F91672">
              <w:rPr>
                <w:rFonts w:ascii="Times New Roman" w:eastAsia="Arial Unicode MS" w:hAnsi="Times New Roman" w:cs="Times New Roman"/>
                <w:b/>
                <w:bCs/>
              </w:rPr>
              <w:t>potpis</w:t>
            </w:r>
            <w:proofErr w:type="spellEnd"/>
          </w:p>
        </w:tc>
      </w:tr>
    </w:tbl>
    <w:p w14:paraId="20F36735" w14:textId="77777777" w:rsidR="00722CD6" w:rsidRPr="00F91672" w:rsidRDefault="00722CD6" w:rsidP="00722CD6">
      <w:pPr>
        <w:suppressAutoHyphens/>
        <w:spacing w:after="0" w:line="240" w:lineRule="auto"/>
        <w:rPr>
          <w:rFonts w:ascii="Times New Roman" w:eastAsia="Arial Unicode MS" w:hAnsi="Times New Roman" w:cs="Times New Roman"/>
          <w:b/>
        </w:rPr>
      </w:pPr>
    </w:p>
    <w:tbl>
      <w:tblPr>
        <w:tblW w:w="5755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359"/>
        <w:gridCol w:w="3193"/>
        <w:gridCol w:w="236"/>
        <w:gridCol w:w="1967"/>
      </w:tblGrid>
      <w:tr w:rsidR="00722CD6" w:rsidRPr="00F91672" w14:paraId="2E338D0C" w14:textId="77777777" w:rsidTr="009B530E">
        <w:tc>
          <w:tcPr>
            <w:tcW w:w="359" w:type="dxa"/>
            <w:vAlign w:val="center"/>
          </w:tcPr>
          <w:p w14:paraId="34CB1533" w14:textId="77777777" w:rsidR="00722CD6" w:rsidRPr="00F91672" w:rsidRDefault="00722CD6" w:rsidP="009B530E">
            <w:pPr>
              <w:spacing w:after="0"/>
              <w:jc w:val="center"/>
              <w:rPr>
                <w:rFonts w:ascii="Times New Roman" w:eastAsia="Arial Narrow" w:hAnsi="Times New Roman" w:cs="Times New Roman"/>
                <w:bCs/>
              </w:rPr>
            </w:pPr>
            <w:r w:rsidRPr="00F91672">
              <w:rPr>
                <w:rFonts w:ascii="Times New Roman" w:eastAsia="Arial Narrow" w:hAnsi="Times New Roman" w:cs="Times New Roman"/>
                <w:bCs/>
              </w:rPr>
              <w:t>U</w:t>
            </w:r>
          </w:p>
        </w:tc>
        <w:tc>
          <w:tcPr>
            <w:tcW w:w="3193" w:type="dxa"/>
            <w:tcBorders>
              <w:bottom w:val="single" w:sz="4" w:space="0" w:color="auto"/>
            </w:tcBorders>
            <w:vAlign w:val="center"/>
          </w:tcPr>
          <w:p w14:paraId="6DF9212A" w14:textId="77777777" w:rsidR="00722CD6" w:rsidRPr="00F91672" w:rsidRDefault="00722CD6" w:rsidP="009B530E">
            <w:pPr>
              <w:spacing w:after="0"/>
              <w:rPr>
                <w:rFonts w:ascii="Times New Roman" w:eastAsia="Arial Narrow" w:hAnsi="Times New Roman" w:cs="Times New Roman"/>
              </w:rPr>
            </w:pPr>
            <w:r w:rsidRPr="00F91672">
              <w:rPr>
                <w:rFonts w:ascii="Times New Roman" w:eastAsia="Arial Narrow" w:hAnsi="Times New Roman" w:cs="Times New Roman"/>
              </w:rPr>
              <w:t xml:space="preserve"> </w:t>
            </w:r>
          </w:p>
        </w:tc>
        <w:tc>
          <w:tcPr>
            <w:tcW w:w="236" w:type="dxa"/>
            <w:vAlign w:val="center"/>
          </w:tcPr>
          <w:p w14:paraId="097A27B8" w14:textId="77777777" w:rsidR="00722CD6" w:rsidRPr="00F91672" w:rsidRDefault="00722CD6" w:rsidP="009B530E">
            <w:pPr>
              <w:spacing w:after="0"/>
              <w:rPr>
                <w:rFonts w:ascii="Times New Roman" w:eastAsia="Arial Narrow" w:hAnsi="Times New Roman" w:cs="Times New Roman"/>
              </w:rPr>
            </w:pPr>
            <w:r w:rsidRPr="00F91672">
              <w:rPr>
                <w:rFonts w:ascii="Times New Roman" w:eastAsia="Arial Narrow" w:hAnsi="Times New Roman" w:cs="Times New Roman"/>
                <w:b/>
              </w:rPr>
              <w:t>,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vAlign w:val="center"/>
          </w:tcPr>
          <w:p w14:paraId="2E528135" w14:textId="77777777" w:rsidR="00722CD6" w:rsidRPr="00F91672" w:rsidRDefault="00722CD6" w:rsidP="009B530E">
            <w:pPr>
              <w:spacing w:after="0"/>
              <w:rPr>
                <w:rFonts w:ascii="Times New Roman" w:eastAsia="Arial Narrow" w:hAnsi="Times New Roman" w:cs="Times New Roman"/>
              </w:rPr>
            </w:pPr>
          </w:p>
        </w:tc>
      </w:tr>
      <w:tr w:rsidR="00722CD6" w:rsidRPr="00F91672" w14:paraId="52BBD9FF" w14:textId="77777777" w:rsidTr="009B530E">
        <w:tc>
          <w:tcPr>
            <w:tcW w:w="359" w:type="dxa"/>
            <w:vAlign w:val="center"/>
          </w:tcPr>
          <w:p w14:paraId="0AB6C115" w14:textId="77777777" w:rsidR="00722CD6" w:rsidRPr="00F91672" w:rsidRDefault="00722CD6" w:rsidP="009B530E">
            <w:pPr>
              <w:spacing w:after="0"/>
              <w:jc w:val="center"/>
              <w:rPr>
                <w:rFonts w:ascii="Times New Roman" w:eastAsia="Arial Narrow" w:hAnsi="Times New Roman" w:cs="Times New Roman"/>
                <w:b/>
              </w:rPr>
            </w:pPr>
          </w:p>
        </w:tc>
        <w:tc>
          <w:tcPr>
            <w:tcW w:w="3193" w:type="dxa"/>
            <w:tcBorders>
              <w:top w:val="single" w:sz="4" w:space="0" w:color="auto"/>
            </w:tcBorders>
            <w:vAlign w:val="center"/>
          </w:tcPr>
          <w:p w14:paraId="2019ED31" w14:textId="77777777" w:rsidR="00722CD6" w:rsidRPr="00F91672" w:rsidRDefault="00722CD6" w:rsidP="009B530E">
            <w:pPr>
              <w:spacing w:after="0"/>
              <w:jc w:val="center"/>
              <w:rPr>
                <w:rFonts w:ascii="Times New Roman" w:eastAsia="Arial Narrow" w:hAnsi="Times New Roman" w:cs="Times New Roman"/>
              </w:rPr>
            </w:pPr>
            <w:proofErr w:type="spellStart"/>
            <w:r w:rsidRPr="00F91672">
              <w:rPr>
                <w:rFonts w:ascii="Times New Roman" w:eastAsia="Arial Narrow" w:hAnsi="Times New Roman" w:cs="Times New Roman"/>
              </w:rPr>
              <w:t>mjesto</w:t>
            </w:r>
            <w:proofErr w:type="spellEnd"/>
          </w:p>
        </w:tc>
        <w:tc>
          <w:tcPr>
            <w:tcW w:w="236" w:type="dxa"/>
            <w:vAlign w:val="center"/>
          </w:tcPr>
          <w:p w14:paraId="1DAD2ADF" w14:textId="77777777" w:rsidR="00722CD6" w:rsidRPr="00F91672" w:rsidRDefault="00722CD6" w:rsidP="009B530E">
            <w:pPr>
              <w:spacing w:after="0"/>
              <w:jc w:val="center"/>
              <w:rPr>
                <w:rFonts w:ascii="Times New Roman" w:eastAsia="Arial Narrow" w:hAnsi="Times New Roman" w:cs="Times New Roman"/>
                <w:b/>
              </w:rPr>
            </w:pPr>
          </w:p>
        </w:tc>
        <w:tc>
          <w:tcPr>
            <w:tcW w:w="1967" w:type="dxa"/>
            <w:tcBorders>
              <w:top w:val="single" w:sz="4" w:space="0" w:color="auto"/>
            </w:tcBorders>
            <w:vAlign w:val="center"/>
          </w:tcPr>
          <w:p w14:paraId="17527E16" w14:textId="77777777" w:rsidR="00722CD6" w:rsidRPr="00F91672" w:rsidRDefault="00722CD6" w:rsidP="009B530E">
            <w:pPr>
              <w:spacing w:after="0"/>
              <w:jc w:val="center"/>
              <w:rPr>
                <w:rFonts w:ascii="Times New Roman" w:eastAsia="Arial Narrow" w:hAnsi="Times New Roman" w:cs="Times New Roman"/>
              </w:rPr>
            </w:pPr>
            <w:r w:rsidRPr="00F91672">
              <w:rPr>
                <w:rFonts w:ascii="Times New Roman" w:eastAsia="Arial Narrow" w:hAnsi="Times New Roman" w:cs="Times New Roman"/>
              </w:rPr>
              <w:t xml:space="preserve">datum </w:t>
            </w:r>
            <w:proofErr w:type="spellStart"/>
            <w:r w:rsidRPr="00F91672">
              <w:rPr>
                <w:rFonts w:ascii="Times New Roman" w:eastAsia="Arial Narrow" w:hAnsi="Times New Roman" w:cs="Times New Roman"/>
              </w:rPr>
              <w:t>i</w:t>
            </w:r>
            <w:proofErr w:type="spellEnd"/>
            <w:r w:rsidRPr="00F91672">
              <w:rPr>
                <w:rFonts w:ascii="Times New Roman" w:eastAsia="Arial Narrow" w:hAnsi="Times New Roman" w:cs="Times New Roman"/>
              </w:rPr>
              <w:t xml:space="preserve"> </w:t>
            </w:r>
            <w:proofErr w:type="spellStart"/>
            <w:r w:rsidRPr="00F91672">
              <w:rPr>
                <w:rFonts w:ascii="Times New Roman" w:eastAsia="Arial Narrow" w:hAnsi="Times New Roman" w:cs="Times New Roman"/>
              </w:rPr>
              <w:t>godina</w:t>
            </w:r>
            <w:proofErr w:type="spellEnd"/>
          </w:p>
        </w:tc>
      </w:tr>
    </w:tbl>
    <w:p w14:paraId="50EC8968" w14:textId="1FD3B4B4" w:rsidR="00FF00D4" w:rsidRPr="00F91672" w:rsidRDefault="00FF00D4" w:rsidP="00821A70">
      <w:pPr>
        <w:spacing w:after="20"/>
        <w:rPr>
          <w:rFonts w:ascii="Times New Roman" w:hAnsi="Times New Roman" w:cs="Times New Roman"/>
          <w:sz w:val="24"/>
          <w:szCs w:val="24"/>
        </w:rPr>
      </w:pPr>
    </w:p>
    <w:sectPr w:rsidR="00FF00D4" w:rsidRPr="00F91672" w:rsidSect="0014358B">
      <w:pgSz w:w="12240" w:h="15840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3697347">
    <w:abstractNumId w:val="8"/>
  </w:num>
  <w:num w:numId="2" w16cid:durableId="466749178">
    <w:abstractNumId w:val="6"/>
  </w:num>
  <w:num w:numId="3" w16cid:durableId="613947696">
    <w:abstractNumId w:val="5"/>
  </w:num>
  <w:num w:numId="4" w16cid:durableId="1532299380">
    <w:abstractNumId w:val="4"/>
  </w:num>
  <w:num w:numId="5" w16cid:durableId="1763380782">
    <w:abstractNumId w:val="7"/>
  </w:num>
  <w:num w:numId="6" w16cid:durableId="1562401696">
    <w:abstractNumId w:val="3"/>
  </w:num>
  <w:num w:numId="7" w16cid:durableId="1518537923">
    <w:abstractNumId w:val="2"/>
  </w:num>
  <w:num w:numId="8" w16cid:durableId="680820437">
    <w:abstractNumId w:val="1"/>
  </w:num>
  <w:num w:numId="9" w16cid:durableId="825899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358B"/>
    <w:rsid w:val="0015074B"/>
    <w:rsid w:val="00185F37"/>
    <w:rsid w:val="001D0AC6"/>
    <w:rsid w:val="0029639D"/>
    <w:rsid w:val="00326F90"/>
    <w:rsid w:val="00722CD6"/>
    <w:rsid w:val="00821A70"/>
    <w:rsid w:val="009C5564"/>
    <w:rsid w:val="00AA1D8D"/>
    <w:rsid w:val="00B17E4E"/>
    <w:rsid w:val="00B47730"/>
    <w:rsid w:val="00BE0A39"/>
    <w:rsid w:val="00C55DCE"/>
    <w:rsid w:val="00CB0664"/>
    <w:rsid w:val="00F12BC5"/>
    <w:rsid w:val="00F91672"/>
    <w:rsid w:val="00FC693F"/>
    <w:rsid w:val="00FE032C"/>
    <w:rsid w:val="00FF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DD5876"/>
  <w14:defaultImageDpi w14:val="300"/>
  <w15:docId w15:val="{A814ED8C-7A76-40E3-AC71-65AA9D7FD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Antonia Kljaić</cp:lastModifiedBy>
  <cp:revision>4</cp:revision>
  <dcterms:created xsi:type="dcterms:W3CDTF">2026-09-30T08:38:00Z</dcterms:created>
  <dcterms:modified xsi:type="dcterms:W3CDTF">2026-10-01T06:16:00Z</dcterms:modified>
  <cp:category/>
</cp:coreProperties>
</file>