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5947E" w14:textId="77777777" w:rsidR="005D6869" w:rsidRPr="00B57562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221BFB">
        <w:rPr>
          <w:rFonts w:ascii="Times New Roman" w:hAnsi="Times New Roman" w:cs="Times New Roman"/>
          <w:b/>
          <w:sz w:val="24"/>
          <w:szCs w:val="24"/>
        </w:rPr>
        <w:t xml:space="preserve">GRAD </w:t>
      </w:r>
      <w:r w:rsidRPr="00B57562">
        <w:rPr>
          <w:rFonts w:ascii="Times New Roman" w:hAnsi="Times New Roman" w:cs="Times New Roman"/>
          <w:b/>
          <w:sz w:val="24"/>
          <w:szCs w:val="24"/>
        </w:rPr>
        <w:t>KAŠTELA</w:t>
      </w:r>
      <w:r w:rsidRPr="00B57562">
        <w:rPr>
          <w:rFonts w:ascii="Times New Roman" w:hAnsi="Times New Roman" w:cs="Times New Roman"/>
          <w:b/>
          <w:sz w:val="24"/>
          <w:szCs w:val="24"/>
        </w:rPr>
        <w:br/>
        <w:t>UPRAVNI ODJEL ZA DRUŠTVENE DJELATNOSTI I OPĆE POSLOVE</w:t>
      </w:r>
    </w:p>
    <w:p w14:paraId="59AE9125" w14:textId="77777777" w:rsidR="005D6869" w:rsidRPr="00B57562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B57562">
        <w:rPr>
          <w:rFonts w:ascii="Times New Roman" w:hAnsi="Times New Roman" w:cs="Times New Roman"/>
          <w:b/>
          <w:sz w:val="24"/>
          <w:szCs w:val="24"/>
        </w:rPr>
        <w:t>OBRAZAC FINANCIJSKOG IZVJEŠĆA</w:t>
      </w:r>
    </w:p>
    <w:p w14:paraId="19031D73" w14:textId="77777777" w:rsidR="005D6869" w:rsidRPr="00B57562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B57562">
        <w:rPr>
          <w:rFonts w:ascii="Times New Roman" w:hAnsi="Times New Roman" w:cs="Times New Roman"/>
          <w:b/>
          <w:sz w:val="24"/>
          <w:szCs w:val="24"/>
        </w:rPr>
        <w:t>Javni poziv za financiranje javnih potreba u kulturi Grada Kaštela za 2027. godinu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70"/>
        <w:gridCol w:w="5270"/>
      </w:tblGrid>
      <w:tr w:rsidR="005D6869" w:rsidRPr="00B57562" w14:paraId="16478539" w14:textId="77777777">
        <w:tc>
          <w:tcPr>
            <w:tcW w:w="5270" w:type="dxa"/>
            <w:shd w:val="clear" w:color="auto" w:fill="E7E6E6"/>
            <w:vAlign w:val="center"/>
          </w:tcPr>
          <w:p w14:paraId="278D728F" w14:textId="77777777" w:rsidR="005D6869" w:rsidRPr="00B5756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562">
              <w:rPr>
                <w:rFonts w:ascii="Times New Roman" w:hAnsi="Times New Roman" w:cs="Times New Roman"/>
                <w:b/>
                <w:sz w:val="24"/>
                <w:szCs w:val="24"/>
              </w:rPr>
              <w:t>Korisnik</w:t>
            </w:r>
          </w:p>
        </w:tc>
        <w:tc>
          <w:tcPr>
            <w:tcW w:w="5270" w:type="dxa"/>
            <w:vAlign w:val="center"/>
          </w:tcPr>
          <w:p w14:paraId="7870B11C" w14:textId="77777777" w:rsidR="005D6869" w:rsidRPr="00B57562" w:rsidRDefault="005D68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869" w:rsidRPr="00B57562" w14:paraId="0CBC922F" w14:textId="77777777">
        <w:tc>
          <w:tcPr>
            <w:tcW w:w="5270" w:type="dxa"/>
            <w:shd w:val="clear" w:color="auto" w:fill="E7E6E6"/>
            <w:vAlign w:val="center"/>
          </w:tcPr>
          <w:p w14:paraId="50CE8D89" w14:textId="77777777" w:rsidR="005D6869" w:rsidRPr="00B5756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562">
              <w:rPr>
                <w:rFonts w:ascii="Times New Roman" w:hAnsi="Times New Roman" w:cs="Times New Roman"/>
                <w:b/>
                <w:sz w:val="24"/>
                <w:szCs w:val="24"/>
              </w:rPr>
              <w:t>Naziv programa/projekta</w:t>
            </w:r>
          </w:p>
        </w:tc>
        <w:tc>
          <w:tcPr>
            <w:tcW w:w="5270" w:type="dxa"/>
            <w:vAlign w:val="center"/>
          </w:tcPr>
          <w:p w14:paraId="1F189298" w14:textId="77777777" w:rsidR="005D6869" w:rsidRPr="00B57562" w:rsidRDefault="005D68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869" w:rsidRPr="00B57562" w14:paraId="65E54793" w14:textId="77777777">
        <w:tc>
          <w:tcPr>
            <w:tcW w:w="5270" w:type="dxa"/>
            <w:shd w:val="clear" w:color="auto" w:fill="E7E6E6"/>
            <w:vAlign w:val="center"/>
          </w:tcPr>
          <w:p w14:paraId="3940DB0F" w14:textId="77777777" w:rsidR="005D6869" w:rsidRPr="00B5756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562">
              <w:rPr>
                <w:rFonts w:ascii="Times New Roman" w:hAnsi="Times New Roman" w:cs="Times New Roman"/>
                <w:b/>
                <w:sz w:val="24"/>
                <w:szCs w:val="24"/>
              </w:rPr>
              <w:t>Ugovoreni iznos Grada</w:t>
            </w:r>
          </w:p>
        </w:tc>
        <w:tc>
          <w:tcPr>
            <w:tcW w:w="5270" w:type="dxa"/>
            <w:vAlign w:val="center"/>
          </w:tcPr>
          <w:p w14:paraId="08209AF4" w14:textId="77777777" w:rsidR="005D6869" w:rsidRPr="00B5756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562">
              <w:rPr>
                <w:rFonts w:ascii="Times New Roman" w:hAnsi="Times New Roman" w:cs="Times New Roman"/>
                <w:sz w:val="24"/>
                <w:szCs w:val="24"/>
              </w:rPr>
              <w:t>________ EUR</w:t>
            </w:r>
          </w:p>
        </w:tc>
      </w:tr>
    </w:tbl>
    <w:p w14:paraId="39AFFEC1" w14:textId="77777777" w:rsidR="00221BFB" w:rsidRPr="00B57562" w:rsidRDefault="00221BFB" w:rsidP="0088127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7F7B070" w14:textId="70EDFFAD" w:rsidR="005D6869" w:rsidRPr="00B57562" w:rsidRDefault="00000000" w:rsidP="00881278">
      <w:pPr>
        <w:pStyle w:val="ListParagraph"/>
        <w:numPr>
          <w:ilvl w:val="0"/>
          <w:numId w:val="11"/>
        </w:num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B57562">
        <w:rPr>
          <w:rFonts w:ascii="Times New Roman" w:hAnsi="Times New Roman" w:cs="Times New Roman"/>
          <w:b/>
          <w:sz w:val="24"/>
          <w:szCs w:val="24"/>
        </w:rPr>
        <w:t>OSTVARENI TROŠKOVI</w:t>
      </w:r>
    </w:p>
    <w:p w14:paraId="270F2E56" w14:textId="046D7C1C" w:rsidR="00881278" w:rsidRPr="00B57562" w:rsidRDefault="00881278" w:rsidP="00881278">
      <w:pPr>
        <w:spacing w:after="120"/>
        <w:rPr>
          <w:rFonts w:ascii="Times New Roman" w:hAnsi="Times New Roman" w:cs="Times New Roman"/>
          <w:i/>
          <w:iCs/>
        </w:rPr>
      </w:pPr>
      <w:r w:rsidRPr="00B57562">
        <w:rPr>
          <w:rFonts w:ascii="Times New Roman" w:hAnsi="Times New Roman" w:cs="Times New Roman"/>
          <w:i/>
          <w:iCs/>
        </w:rPr>
        <w:t>U tablicu se upisuju svi izravni i neizravni troškovi nastali tijekom i u svrhu provedbe programa/projekta. U posljednjem stupcu posebno se iskazuje dio troška koji se pravda sredstvima Grada Kaštela.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77"/>
        <w:gridCol w:w="1514"/>
        <w:gridCol w:w="1757"/>
        <w:gridCol w:w="2876"/>
        <w:gridCol w:w="1220"/>
        <w:gridCol w:w="1052"/>
      </w:tblGrid>
      <w:tr w:rsidR="00881278" w:rsidRPr="00B57562" w14:paraId="07D64430" w14:textId="3C060E78" w:rsidTr="00881278">
        <w:trPr>
          <w:jc w:val="center"/>
        </w:trPr>
        <w:tc>
          <w:tcPr>
            <w:tcW w:w="977" w:type="dxa"/>
            <w:shd w:val="clear" w:color="auto" w:fill="E7E6E6"/>
            <w:vAlign w:val="center"/>
          </w:tcPr>
          <w:p w14:paraId="0A28999A" w14:textId="77777777" w:rsidR="00881278" w:rsidRPr="00B57562" w:rsidRDefault="00881278" w:rsidP="0088127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43890F3" w14:textId="5299700D" w:rsidR="00881278" w:rsidRPr="00B57562" w:rsidRDefault="00881278" w:rsidP="0088127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57562">
              <w:rPr>
                <w:rFonts w:ascii="Times New Roman" w:hAnsi="Times New Roman" w:cs="Times New Roman"/>
                <w:b/>
                <w:sz w:val="16"/>
                <w:szCs w:val="16"/>
              </w:rPr>
              <w:t>R.br. računa (označiti na kopiji)</w:t>
            </w:r>
          </w:p>
        </w:tc>
        <w:tc>
          <w:tcPr>
            <w:tcW w:w="1514" w:type="dxa"/>
            <w:shd w:val="clear" w:color="auto" w:fill="E7E6E6"/>
            <w:vAlign w:val="center"/>
          </w:tcPr>
          <w:p w14:paraId="691DB96E" w14:textId="569FB1FF" w:rsidR="00881278" w:rsidRPr="00B57562" w:rsidRDefault="00881278" w:rsidP="0088127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57562">
              <w:rPr>
                <w:rFonts w:ascii="Times New Roman" w:hAnsi="Times New Roman" w:cs="Times New Roman"/>
                <w:b/>
                <w:sz w:val="16"/>
                <w:szCs w:val="16"/>
              </w:rPr>
              <w:t>Broj i datum dokumenta / računa</w:t>
            </w:r>
          </w:p>
        </w:tc>
        <w:tc>
          <w:tcPr>
            <w:tcW w:w="1757" w:type="dxa"/>
            <w:shd w:val="clear" w:color="auto" w:fill="E7E6E6"/>
            <w:vAlign w:val="center"/>
          </w:tcPr>
          <w:p w14:paraId="345F942B" w14:textId="5B424079" w:rsidR="00881278" w:rsidRPr="00B57562" w:rsidRDefault="00881278" w:rsidP="0088127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57562">
              <w:rPr>
                <w:rFonts w:ascii="Times New Roman" w:hAnsi="Times New Roman" w:cs="Times New Roman"/>
                <w:b/>
                <w:sz w:val="16"/>
                <w:szCs w:val="16"/>
              </w:rPr>
              <w:t>Dobavljač/ naziv tvrtke/osobe koja je izdala račun</w:t>
            </w:r>
          </w:p>
        </w:tc>
        <w:tc>
          <w:tcPr>
            <w:tcW w:w="2876" w:type="dxa"/>
            <w:shd w:val="clear" w:color="auto" w:fill="E7E6E6"/>
            <w:vAlign w:val="center"/>
          </w:tcPr>
          <w:p w14:paraId="51C3FBFA" w14:textId="3D616FF1" w:rsidR="00881278" w:rsidRPr="00B57562" w:rsidRDefault="00881278" w:rsidP="0088127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57562">
              <w:rPr>
                <w:rFonts w:ascii="Times New Roman" w:hAnsi="Times New Roman" w:cs="Times New Roman"/>
                <w:b/>
                <w:sz w:val="16"/>
                <w:szCs w:val="16"/>
              </w:rPr>
              <w:t>Opis troška</w:t>
            </w:r>
          </w:p>
        </w:tc>
        <w:tc>
          <w:tcPr>
            <w:tcW w:w="1220" w:type="dxa"/>
            <w:shd w:val="clear" w:color="auto" w:fill="E7E6E6"/>
            <w:vAlign w:val="center"/>
          </w:tcPr>
          <w:p w14:paraId="1FB542F4" w14:textId="06FD160F" w:rsidR="00881278" w:rsidRPr="00B57562" w:rsidRDefault="00881278" w:rsidP="0088127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57562">
              <w:rPr>
                <w:rFonts w:ascii="Times New Roman" w:hAnsi="Times New Roman" w:cs="Times New Roman"/>
                <w:b/>
                <w:sz w:val="16"/>
                <w:szCs w:val="16"/>
              </w:rPr>
              <w:t>Ukupan iznos (EUR)</w:t>
            </w:r>
          </w:p>
        </w:tc>
        <w:tc>
          <w:tcPr>
            <w:tcW w:w="1052" w:type="dxa"/>
            <w:shd w:val="clear" w:color="auto" w:fill="E7E6E6"/>
          </w:tcPr>
          <w:p w14:paraId="0B6A546D" w14:textId="77777777" w:rsidR="00881278" w:rsidRPr="00B57562" w:rsidRDefault="00881278" w:rsidP="0088127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F65D9F9" w14:textId="24CDEF84" w:rsidR="00881278" w:rsidRPr="00B57562" w:rsidRDefault="00881278" w:rsidP="0088127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57562">
              <w:rPr>
                <w:rFonts w:ascii="Times New Roman" w:hAnsi="Times New Roman" w:cs="Times New Roman"/>
                <w:b/>
                <w:sz w:val="16"/>
                <w:szCs w:val="16"/>
              </w:rPr>
              <w:t>Od toga sredstva Grada (EUR)</w:t>
            </w:r>
          </w:p>
        </w:tc>
      </w:tr>
      <w:tr w:rsidR="00881278" w:rsidRPr="00B57562" w14:paraId="3BF08ED7" w14:textId="11681122" w:rsidTr="00881278">
        <w:trPr>
          <w:jc w:val="center"/>
        </w:trPr>
        <w:tc>
          <w:tcPr>
            <w:tcW w:w="977" w:type="dxa"/>
            <w:vAlign w:val="center"/>
          </w:tcPr>
          <w:p w14:paraId="4202AC18" w14:textId="6EF20174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  <w:r w:rsidRPr="00B5756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14" w:type="dxa"/>
            <w:vAlign w:val="center"/>
          </w:tcPr>
          <w:p w14:paraId="7B90F992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03C3429D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6" w:type="dxa"/>
            <w:vAlign w:val="center"/>
          </w:tcPr>
          <w:p w14:paraId="74DF3C27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vAlign w:val="center"/>
          </w:tcPr>
          <w:p w14:paraId="0FA4AF95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</w:tcPr>
          <w:p w14:paraId="6065F980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278" w:rsidRPr="00B57562" w14:paraId="1C488411" w14:textId="43218D86" w:rsidTr="00881278">
        <w:trPr>
          <w:jc w:val="center"/>
        </w:trPr>
        <w:tc>
          <w:tcPr>
            <w:tcW w:w="977" w:type="dxa"/>
            <w:vAlign w:val="center"/>
          </w:tcPr>
          <w:p w14:paraId="16A4B24A" w14:textId="552EBF6B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  <w:r w:rsidRPr="00B5756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514" w:type="dxa"/>
            <w:vAlign w:val="center"/>
          </w:tcPr>
          <w:p w14:paraId="47586EBD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269D28CC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6" w:type="dxa"/>
            <w:vAlign w:val="center"/>
          </w:tcPr>
          <w:p w14:paraId="7632CF4E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vAlign w:val="center"/>
          </w:tcPr>
          <w:p w14:paraId="5EBD3935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</w:tcPr>
          <w:p w14:paraId="793F2857" w14:textId="02C2A88B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278" w:rsidRPr="00B57562" w14:paraId="7CF53493" w14:textId="06FB8992" w:rsidTr="00881278">
        <w:trPr>
          <w:jc w:val="center"/>
        </w:trPr>
        <w:tc>
          <w:tcPr>
            <w:tcW w:w="977" w:type="dxa"/>
            <w:vAlign w:val="center"/>
          </w:tcPr>
          <w:p w14:paraId="24FF438A" w14:textId="7D724482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  <w:r w:rsidRPr="00B5756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514" w:type="dxa"/>
            <w:vAlign w:val="center"/>
          </w:tcPr>
          <w:p w14:paraId="6FCEC3EC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6A3F16D0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6" w:type="dxa"/>
            <w:vAlign w:val="center"/>
          </w:tcPr>
          <w:p w14:paraId="115B20ED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vAlign w:val="center"/>
          </w:tcPr>
          <w:p w14:paraId="6D053CAA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</w:tcPr>
          <w:p w14:paraId="7AD9522B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278" w:rsidRPr="00B57562" w14:paraId="68EC217C" w14:textId="7E323B4C" w:rsidTr="00881278">
        <w:trPr>
          <w:jc w:val="center"/>
        </w:trPr>
        <w:tc>
          <w:tcPr>
            <w:tcW w:w="977" w:type="dxa"/>
            <w:vAlign w:val="center"/>
          </w:tcPr>
          <w:p w14:paraId="65EEDE1E" w14:textId="23BB2ADC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  <w:r w:rsidRPr="00B5756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514" w:type="dxa"/>
            <w:vAlign w:val="center"/>
          </w:tcPr>
          <w:p w14:paraId="17CC0256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08826421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6" w:type="dxa"/>
            <w:vAlign w:val="center"/>
          </w:tcPr>
          <w:p w14:paraId="0D47F306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vAlign w:val="center"/>
          </w:tcPr>
          <w:p w14:paraId="4DA5B3B6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</w:tcPr>
          <w:p w14:paraId="6819C03A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278" w:rsidRPr="00B57562" w14:paraId="28A8FB65" w14:textId="3EF06762" w:rsidTr="00881278">
        <w:trPr>
          <w:jc w:val="center"/>
        </w:trPr>
        <w:tc>
          <w:tcPr>
            <w:tcW w:w="977" w:type="dxa"/>
            <w:vAlign w:val="center"/>
          </w:tcPr>
          <w:p w14:paraId="45CD801E" w14:textId="5E6808AC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  <w:r w:rsidRPr="00B57562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514" w:type="dxa"/>
            <w:vAlign w:val="center"/>
          </w:tcPr>
          <w:p w14:paraId="77B8D237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08658796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6" w:type="dxa"/>
            <w:vAlign w:val="center"/>
          </w:tcPr>
          <w:p w14:paraId="3A0F45DB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vAlign w:val="center"/>
          </w:tcPr>
          <w:p w14:paraId="192E84CA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</w:tcPr>
          <w:p w14:paraId="27BAED2D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278" w:rsidRPr="00B57562" w14:paraId="636841C6" w14:textId="49299144" w:rsidTr="00881278">
        <w:trPr>
          <w:jc w:val="center"/>
        </w:trPr>
        <w:tc>
          <w:tcPr>
            <w:tcW w:w="977" w:type="dxa"/>
            <w:vAlign w:val="center"/>
          </w:tcPr>
          <w:p w14:paraId="75C12C80" w14:textId="582184A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  <w:r w:rsidRPr="00B57562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514" w:type="dxa"/>
            <w:vAlign w:val="center"/>
          </w:tcPr>
          <w:p w14:paraId="0ED53066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23AE8350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6" w:type="dxa"/>
            <w:vAlign w:val="center"/>
          </w:tcPr>
          <w:p w14:paraId="78F047C3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vAlign w:val="center"/>
          </w:tcPr>
          <w:p w14:paraId="0C16D7FA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</w:tcPr>
          <w:p w14:paraId="5AB6C733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278" w:rsidRPr="00B57562" w14:paraId="39027120" w14:textId="3104E624" w:rsidTr="00881278">
        <w:trPr>
          <w:jc w:val="center"/>
        </w:trPr>
        <w:tc>
          <w:tcPr>
            <w:tcW w:w="977" w:type="dxa"/>
            <w:vAlign w:val="center"/>
          </w:tcPr>
          <w:p w14:paraId="31B02C5C" w14:textId="18EAD02A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  <w:r w:rsidRPr="00B57562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514" w:type="dxa"/>
            <w:vAlign w:val="center"/>
          </w:tcPr>
          <w:p w14:paraId="4EA2A0AF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4FFB3C8E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6" w:type="dxa"/>
            <w:vAlign w:val="center"/>
          </w:tcPr>
          <w:p w14:paraId="744EEB66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vAlign w:val="center"/>
          </w:tcPr>
          <w:p w14:paraId="10FC457C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</w:tcPr>
          <w:p w14:paraId="23FDBB29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278" w:rsidRPr="00B57562" w14:paraId="5957F661" w14:textId="5801E3B1" w:rsidTr="00881278">
        <w:trPr>
          <w:jc w:val="center"/>
        </w:trPr>
        <w:tc>
          <w:tcPr>
            <w:tcW w:w="977" w:type="dxa"/>
            <w:vAlign w:val="center"/>
          </w:tcPr>
          <w:p w14:paraId="2DBAB29E" w14:textId="0340986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  <w:r w:rsidRPr="00B57562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514" w:type="dxa"/>
            <w:vAlign w:val="center"/>
          </w:tcPr>
          <w:p w14:paraId="6E6310A4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69825B16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6" w:type="dxa"/>
            <w:vAlign w:val="center"/>
          </w:tcPr>
          <w:p w14:paraId="48ED5068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vAlign w:val="center"/>
          </w:tcPr>
          <w:p w14:paraId="513780E0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</w:tcPr>
          <w:p w14:paraId="5B88E84C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278" w:rsidRPr="00B57562" w14:paraId="6A5EF754" w14:textId="2E449423" w:rsidTr="00881278">
        <w:trPr>
          <w:jc w:val="center"/>
        </w:trPr>
        <w:tc>
          <w:tcPr>
            <w:tcW w:w="977" w:type="dxa"/>
            <w:vAlign w:val="center"/>
          </w:tcPr>
          <w:p w14:paraId="1E93BB63" w14:textId="60236349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  <w:r w:rsidRPr="00B57562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514" w:type="dxa"/>
            <w:vAlign w:val="center"/>
          </w:tcPr>
          <w:p w14:paraId="248877C5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226779E4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6" w:type="dxa"/>
            <w:vAlign w:val="center"/>
          </w:tcPr>
          <w:p w14:paraId="76BBD194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vAlign w:val="center"/>
          </w:tcPr>
          <w:p w14:paraId="7F2C87B4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</w:tcPr>
          <w:p w14:paraId="17F3C51B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278" w:rsidRPr="00B57562" w14:paraId="1A7966CC" w14:textId="7DDD4DBC" w:rsidTr="00881278">
        <w:trPr>
          <w:jc w:val="center"/>
        </w:trPr>
        <w:tc>
          <w:tcPr>
            <w:tcW w:w="977" w:type="dxa"/>
            <w:vAlign w:val="center"/>
          </w:tcPr>
          <w:p w14:paraId="584343EE" w14:textId="48A4C662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  <w:r w:rsidRPr="00B57562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514" w:type="dxa"/>
            <w:vAlign w:val="center"/>
          </w:tcPr>
          <w:p w14:paraId="2791E950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23B07276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6" w:type="dxa"/>
            <w:vAlign w:val="center"/>
          </w:tcPr>
          <w:p w14:paraId="4323EEE3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vAlign w:val="center"/>
          </w:tcPr>
          <w:p w14:paraId="3D41A590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</w:tcPr>
          <w:p w14:paraId="2DFC1697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278" w:rsidRPr="00B57562" w14:paraId="3B843183" w14:textId="3AFB6AE9" w:rsidTr="00881278">
        <w:trPr>
          <w:jc w:val="center"/>
        </w:trPr>
        <w:tc>
          <w:tcPr>
            <w:tcW w:w="977" w:type="dxa"/>
            <w:vAlign w:val="center"/>
          </w:tcPr>
          <w:p w14:paraId="6073EAF3" w14:textId="3F5C9B08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  <w:r w:rsidRPr="00B57562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1514" w:type="dxa"/>
            <w:vAlign w:val="center"/>
          </w:tcPr>
          <w:p w14:paraId="5A0946CA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30ED9D68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6" w:type="dxa"/>
            <w:vAlign w:val="center"/>
          </w:tcPr>
          <w:p w14:paraId="26BC7972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vAlign w:val="center"/>
          </w:tcPr>
          <w:p w14:paraId="278BDC03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</w:tcPr>
          <w:p w14:paraId="5A412E21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278" w:rsidRPr="00B57562" w14:paraId="260EA557" w14:textId="11939EC1" w:rsidTr="00881278">
        <w:trPr>
          <w:jc w:val="center"/>
        </w:trPr>
        <w:tc>
          <w:tcPr>
            <w:tcW w:w="977" w:type="dxa"/>
            <w:vAlign w:val="center"/>
          </w:tcPr>
          <w:p w14:paraId="0C9DA833" w14:textId="238534CE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  <w:r w:rsidRPr="00B57562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514" w:type="dxa"/>
            <w:vAlign w:val="center"/>
          </w:tcPr>
          <w:p w14:paraId="174A6B8B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1D0C841F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6" w:type="dxa"/>
            <w:vAlign w:val="center"/>
          </w:tcPr>
          <w:p w14:paraId="04355DD3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vAlign w:val="center"/>
          </w:tcPr>
          <w:p w14:paraId="0E5D22D9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</w:tcPr>
          <w:p w14:paraId="673E01C4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278" w:rsidRPr="00B57562" w14:paraId="0411145C" w14:textId="50D6AA1F" w:rsidTr="00881278">
        <w:trPr>
          <w:jc w:val="center"/>
        </w:trPr>
        <w:tc>
          <w:tcPr>
            <w:tcW w:w="977" w:type="dxa"/>
            <w:vAlign w:val="center"/>
          </w:tcPr>
          <w:p w14:paraId="4FC12931" w14:textId="6E9B064C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  <w:r w:rsidRPr="00B57562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514" w:type="dxa"/>
            <w:vAlign w:val="center"/>
          </w:tcPr>
          <w:p w14:paraId="4056215B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434A70C2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6" w:type="dxa"/>
            <w:vAlign w:val="center"/>
          </w:tcPr>
          <w:p w14:paraId="19D48E02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vAlign w:val="center"/>
          </w:tcPr>
          <w:p w14:paraId="0A5899CD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</w:tcPr>
          <w:p w14:paraId="56495302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278" w:rsidRPr="00B57562" w14:paraId="3812D4A5" w14:textId="56025535" w:rsidTr="00881278">
        <w:trPr>
          <w:jc w:val="center"/>
        </w:trPr>
        <w:tc>
          <w:tcPr>
            <w:tcW w:w="977" w:type="dxa"/>
            <w:vAlign w:val="center"/>
          </w:tcPr>
          <w:p w14:paraId="0A7EF7FC" w14:textId="0ED5562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  <w:r w:rsidRPr="00B57562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514" w:type="dxa"/>
            <w:vAlign w:val="center"/>
          </w:tcPr>
          <w:p w14:paraId="43FC316C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3D00E2E3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6" w:type="dxa"/>
            <w:vAlign w:val="center"/>
          </w:tcPr>
          <w:p w14:paraId="660CF275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vAlign w:val="center"/>
          </w:tcPr>
          <w:p w14:paraId="19BE6419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</w:tcPr>
          <w:p w14:paraId="328BB828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278" w:rsidRPr="00B57562" w14:paraId="154AC209" w14:textId="3524B192" w:rsidTr="00881278">
        <w:trPr>
          <w:jc w:val="center"/>
        </w:trPr>
        <w:tc>
          <w:tcPr>
            <w:tcW w:w="977" w:type="dxa"/>
            <w:vAlign w:val="center"/>
          </w:tcPr>
          <w:p w14:paraId="6684B93F" w14:textId="5D32356B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  <w:r w:rsidRPr="00B57562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514" w:type="dxa"/>
            <w:vAlign w:val="center"/>
          </w:tcPr>
          <w:p w14:paraId="0CC395C2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4654EE38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6" w:type="dxa"/>
            <w:vAlign w:val="center"/>
          </w:tcPr>
          <w:p w14:paraId="4343C3C5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vAlign w:val="center"/>
          </w:tcPr>
          <w:p w14:paraId="19BA25D9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</w:tcPr>
          <w:p w14:paraId="5BBCFC1D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278" w:rsidRPr="00B57562" w14:paraId="777B8148" w14:textId="7C20C8B6" w:rsidTr="00881278">
        <w:trPr>
          <w:jc w:val="center"/>
        </w:trPr>
        <w:tc>
          <w:tcPr>
            <w:tcW w:w="977" w:type="dxa"/>
            <w:vAlign w:val="center"/>
          </w:tcPr>
          <w:p w14:paraId="7FC4C421" w14:textId="56A59616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  <w:r w:rsidRPr="00B57562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514" w:type="dxa"/>
            <w:vAlign w:val="center"/>
          </w:tcPr>
          <w:p w14:paraId="3AA531E1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6E77635F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6" w:type="dxa"/>
            <w:vAlign w:val="center"/>
          </w:tcPr>
          <w:p w14:paraId="752C1D28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vAlign w:val="center"/>
          </w:tcPr>
          <w:p w14:paraId="38678C3B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</w:tcPr>
          <w:p w14:paraId="10C0E8B4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278" w:rsidRPr="00B57562" w14:paraId="12E6D6A9" w14:textId="53ABFB29" w:rsidTr="00881278">
        <w:trPr>
          <w:jc w:val="center"/>
        </w:trPr>
        <w:tc>
          <w:tcPr>
            <w:tcW w:w="977" w:type="dxa"/>
            <w:vAlign w:val="center"/>
          </w:tcPr>
          <w:p w14:paraId="07544A1C" w14:textId="636875E9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  <w:r w:rsidRPr="00B57562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514" w:type="dxa"/>
            <w:vAlign w:val="center"/>
          </w:tcPr>
          <w:p w14:paraId="47ABD044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25618E1B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6" w:type="dxa"/>
            <w:vAlign w:val="center"/>
          </w:tcPr>
          <w:p w14:paraId="2A956DA3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vAlign w:val="center"/>
          </w:tcPr>
          <w:p w14:paraId="419BD929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</w:tcPr>
          <w:p w14:paraId="07CF2F76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278" w:rsidRPr="00B57562" w14:paraId="35CBC4E6" w14:textId="325C73FF" w:rsidTr="00881278">
        <w:trPr>
          <w:jc w:val="center"/>
        </w:trPr>
        <w:tc>
          <w:tcPr>
            <w:tcW w:w="977" w:type="dxa"/>
            <w:vAlign w:val="center"/>
          </w:tcPr>
          <w:p w14:paraId="213BBBA2" w14:textId="36DEA72E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  <w:r w:rsidRPr="00B57562"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1514" w:type="dxa"/>
            <w:vAlign w:val="center"/>
          </w:tcPr>
          <w:p w14:paraId="0B99E7D5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2A5F8FC7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6" w:type="dxa"/>
            <w:vAlign w:val="center"/>
          </w:tcPr>
          <w:p w14:paraId="2F1B7E04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vAlign w:val="center"/>
          </w:tcPr>
          <w:p w14:paraId="4CBE262F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</w:tcPr>
          <w:p w14:paraId="1FDAC4F9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278" w:rsidRPr="00B57562" w14:paraId="5A839905" w14:textId="26C334F0" w:rsidTr="00881278">
        <w:trPr>
          <w:jc w:val="center"/>
        </w:trPr>
        <w:tc>
          <w:tcPr>
            <w:tcW w:w="977" w:type="dxa"/>
            <w:vAlign w:val="center"/>
          </w:tcPr>
          <w:p w14:paraId="3D1BC651" w14:textId="3A4CD838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  <w:r w:rsidRPr="00B57562"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1514" w:type="dxa"/>
            <w:vAlign w:val="center"/>
          </w:tcPr>
          <w:p w14:paraId="6D93EDE3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5F19FCD9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6" w:type="dxa"/>
            <w:vAlign w:val="center"/>
          </w:tcPr>
          <w:p w14:paraId="0305F384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vAlign w:val="center"/>
          </w:tcPr>
          <w:p w14:paraId="165BCAE6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</w:tcPr>
          <w:p w14:paraId="29D2A2AC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278" w:rsidRPr="00B57562" w14:paraId="342A2010" w14:textId="10B75EE7" w:rsidTr="00881278">
        <w:trPr>
          <w:jc w:val="center"/>
        </w:trPr>
        <w:tc>
          <w:tcPr>
            <w:tcW w:w="977" w:type="dxa"/>
            <w:vAlign w:val="center"/>
          </w:tcPr>
          <w:p w14:paraId="4A04A318" w14:textId="4AD566B6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  <w:r w:rsidRPr="00B57562"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1514" w:type="dxa"/>
            <w:vAlign w:val="center"/>
          </w:tcPr>
          <w:p w14:paraId="2EF19A0D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05AF9F65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6" w:type="dxa"/>
            <w:vAlign w:val="center"/>
          </w:tcPr>
          <w:p w14:paraId="3D82A1C9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vAlign w:val="center"/>
          </w:tcPr>
          <w:p w14:paraId="5785696B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</w:tcPr>
          <w:p w14:paraId="65C08328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278" w:rsidRPr="00B57562" w14:paraId="39C24F90" w14:textId="77777777" w:rsidTr="00881278">
        <w:trPr>
          <w:jc w:val="center"/>
        </w:trPr>
        <w:tc>
          <w:tcPr>
            <w:tcW w:w="7124" w:type="dxa"/>
            <w:gridSpan w:val="4"/>
            <w:shd w:val="clear" w:color="auto" w:fill="D9D9D9" w:themeFill="background1" w:themeFillShade="D9"/>
            <w:vAlign w:val="center"/>
          </w:tcPr>
          <w:p w14:paraId="322796F4" w14:textId="2479634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  <w:r w:rsidRPr="00B57562">
              <w:rPr>
                <w:rFonts w:ascii="Times New Roman" w:hAnsi="Times New Roman" w:cs="Times New Roman"/>
                <w:sz w:val="20"/>
                <w:szCs w:val="20"/>
              </w:rPr>
              <w:t>UKUPNO</w:t>
            </w:r>
          </w:p>
        </w:tc>
        <w:tc>
          <w:tcPr>
            <w:tcW w:w="1220" w:type="dxa"/>
            <w:shd w:val="clear" w:color="auto" w:fill="D9D9D9" w:themeFill="background1" w:themeFillShade="D9"/>
            <w:vAlign w:val="center"/>
          </w:tcPr>
          <w:p w14:paraId="33D6D5E6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shd w:val="clear" w:color="auto" w:fill="D9D9D9" w:themeFill="background1" w:themeFillShade="D9"/>
          </w:tcPr>
          <w:p w14:paraId="53D8A86D" w14:textId="77777777" w:rsidR="00881278" w:rsidRPr="00B57562" w:rsidRDefault="00881278" w:rsidP="00221BFB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BF1C173" w14:textId="77777777" w:rsidR="00221BFB" w:rsidRPr="00B57562" w:rsidRDefault="00221BFB" w:rsidP="00221BF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E695FA6" w14:textId="4373FA78" w:rsidR="005D6869" w:rsidRPr="00B57562" w:rsidRDefault="00000000" w:rsidP="00881278">
      <w:pPr>
        <w:pStyle w:val="ListParagraph"/>
        <w:numPr>
          <w:ilvl w:val="0"/>
          <w:numId w:val="11"/>
        </w:num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B57562">
        <w:rPr>
          <w:rFonts w:ascii="Times New Roman" w:hAnsi="Times New Roman" w:cs="Times New Roman"/>
          <w:b/>
          <w:sz w:val="24"/>
          <w:szCs w:val="24"/>
        </w:rPr>
        <w:lastRenderedPageBreak/>
        <w:t>KONAČNI IZVORI FINANCIRANJA</w:t>
      </w:r>
    </w:p>
    <w:p w14:paraId="6AAF71F4" w14:textId="5748CD9B" w:rsidR="00881278" w:rsidRPr="00B57562" w:rsidRDefault="00881278" w:rsidP="00881278">
      <w:pPr>
        <w:spacing w:after="120"/>
        <w:rPr>
          <w:rFonts w:ascii="Times New Roman" w:hAnsi="Times New Roman" w:cs="Times New Roman"/>
          <w:i/>
          <w:iCs/>
          <w:sz w:val="20"/>
          <w:szCs w:val="20"/>
        </w:rPr>
      </w:pPr>
      <w:r w:rsidRPr="00B57562">
        <w:rPr>
          <w:rFonts w:ascii="Times New Roman" w:hAnsi="Times New Roman" w:cs="Times New Roman"/>
          <w:i/>
          <w:iCs/>
          <w:sz w:val="20"/>
          <w:szCs w:val="20"/>
        </w:rPr>
        <w:t>Navesti sve ostvarene prihode odnosno izvore financiranja programa/projekta.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67"/>
        <w:gridCol w:w="4629"/>
      </w:tblGrid>
      <w:tr w:rsidR="005D6869" w:rsidRPr="00B57562" w14:paraId="57297E53" w14:textId="77777777" w:rsidTr="00881278">
        <w:tc>
          <w:tcPr>
            <w:tcW w:w="4767" w:type="dxa"/>
            <w:shd w:val="clear" w:color="auto" w:fill="E7E6E6"/>
            <w:vAlign w:val="center"/>
          </w:tcPr>
          <w:p w14:paraId="6B873E57" w14:textId="77777777" w:rsidR="005D6869" w:rsidRPr="00B57562" w:rsidRDefault="00000000" w:rsidP="00221B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562">
              <w:rPr>
                <w:rFonts w:ascii="Times New Roman" w:hAnsi="Times New Roman" w:cs="Times New Roman"/>
                <w:b/>
                <w:sz w:val="20"/>
                <w:szCs w:val="20"/>
              </w:rPr>
              <w:t>Izvor</w:t>
            </w:r>
          </w:p>
        </w:tc>
        <w:tc>
          <w:tcPr>
            <w:tcW w:w="4629" w:type="dxa"/>
            <w:shd w:val="clear" w:color="auto" w:fill="E7E6E6"/>
            <w:vAlign w:val="center"/>
          </w:tcPr>
          <w:p w14:paraId="3E6F840B" w14:textId="77777777" w:rsidR="005D6869" w:rsidRPr="00B57562" w:rsidRDefault="00000000" w:rsidP="00221B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562">
              <w:rPr>
                <w:rFonts w:ascii="Times New Roman" w:hAnsi="Times New Roman" w:cs="Times New Roman"/>
                <w:b/>
                <w:sz w:val="20"/>
                <w:szCs w:val="20"/>
              </w:rPr>
              <w:t>Ostvareni iznos EUR</w:t>
            </w:r>
          </w:p>
        </w:tc>
      </w:tr>
      <w:tr w:rsidR="005D6869" w:rsidRPr="00B57562" w14:paraId="3B998B3E" w14:textId="77777777" w:rsidTr="00881278">
        <w:tc>
          <w:tcPr>
            <w:tcW w:w="4767" w:type="dxa"/>
            <w:vAlign w:val="center"/>
          </w:tcPr>
          <w:p w14:paraId="6DE0184E" w14:textId="77777777" w:rsidR="005D6869" w:rsidRPr="00B57562" w:rsidRDefault="00000000" w:rsidP="00221B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562">
              <w:rPr>
                <w:rFonts w:ascii="Times New Roman" w:hAnsi="Times New Roman" w:cs="Times New Roman"/>
                <w:sz w:val="24"/>
                <w:szCs w:val="24"/>
              </w:rPr>
              <w:t>Grad Kaštela</w:t>
            </w:r>
          </w:p>
        </w:tc>
        <w:tc>
          <w:tcPr>
            <w:tcW w:w="4629" w:type="dxa"/>
            <w:vAlign w:val="center"/>
          </w:tcPr>
          <w:p w14:paraId="49116697" w14:textId="77777777" w:rsidR="005D6869" w:rsidRPr="00B57562" w:rsidRDefault="005D6869" w:rsidP="00221B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869" w:rsidRPr="00B57562" w14:paraId="65D09DF8" w14:textId="77777777" w:rsidTr="00881278">
        <w:tc>
          <w:tcPr>
            <w:tcW w:w="4767" w:type="dxa"/>
            <w:vAlign w:val="center"/>
          </w:tcPr>
          <w:p w14:paraId="0C7FA1F1" w14:textId="77777777" w:rsidR="005D6869" w:rsidRPr="00B57562" w:rsidRDefault="00000000" w:rsidP="00221B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562">
              <w:rPr>
                <w:rFonts w:ascii="Times New Roman" w:hAnsi="Times New Roman" w:cs="Times New Roman"/>
                <w:sz w:val="24"/>
                <w:szCs w:val="24"/>
              </w:rPr>
              <w:t>Vlastita sredstva</w:t>
            </w:r>
          </w:p>
        </w:tc>
        <w:tc>
          <w:tcPr>
            <w:tcW w:w="4629" w:type="dxa"/>
            <w:vAlign w:val="center"/>
          </w:tcPr>
          <w:p w14:paraId="17745AEB" w14:textId="77777777" w:rsidR="005D6869" w:rsidRPr="00B57562" w:rsidRDefault="005D6869" w:rsidP="00221B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869" w:rsidRPr="00B57562" w14:paraId="721D86E1" w14:textId="77777777" w:rsidTr="00881278">
        <w:tc>
          <w:tcPr>
            <w:tcW w:w="4767" w:type="dxa"/>
            <w:vAlign w:val="center"/>
          </w:tcPr>
          <w:p w14:paraId="0F492091" w14:textId="77777777" w:rsidR="005D6869" w:rsidRPr="00B57562" w:rsidRDefault="00000000" w:rsidP="00221B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562">
              <w:rPr>
                <w:rFonts w:ascii="Times New Roman" w:hAnsi="Times New Roman" w:cs="Times New Roman"/>
                <w:sz w:val="24"/>
                <w:szCs w:val="24"/>
              </w:rPr>
              <w:t>Drugi javni izvori</w:t>
            </w:r>
          </w:p>
        </w:tc>
        <w:tc>
          <w:tcPr>
            <w:tcW w:w="4629" w:type="dxa"/>
            <w:vAlign w:val="center"/>
          </w:tcPr>
          <w:p w14:paraId="03731C9E" w14:textId="77777777" w:rsidR="005D6869" w:rsidRPr="00B57562" w:rsidRDefault="005D6869" w:rsidP="00221B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869" w:rsidRPr="00B57562" w14:paraId="3B9CAB92" w14:textId="77777777" w:rsidTr="00881278">
        <w:tc>
          <w:tcPr>
            <w:tcW w:w="4767" w:type="dxa"/>
            <w:vAlign w:val="center"/>
          </w:tcPr>
          <w:p w14:paraId="71CC4964" w14:textId="77777777" w:rsidR="005D6869" w:rsidRPr="00B57562" w:rsidRDefault="00000000" w:rsidP="00221B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562">
              <w:rPr>
                <w:rFonts w:ascii="Times New Roman" w:hAnsi="Times New Roman" w:cs="Times New Roman"/>
                <w:sz w:val="24"/>
                <w:szCs w:val="24"/>
              </w:rPr>
              <w:t>Sponzori/donacije</w:t>
            </w:r>
          </w:p>
        </w:tc>
        <w:tc>
          <w:tcPr>
            <w:tcW w:w="4629" w:type="dxa"/>
            <w:vAlign w:val="center"/>
          </w:tcPr>
          <w:p w14:paraId="452871A5" w14:textId="77777777" w:rsidR="005D6869" w:rsidRPr="00B57562" w:rsidRDefault="005D6869" w:rsidP="00221B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869" w:rsidRPr="00B57562" w14:paraId="1D9DBCB5" w14:textId="77777777" w:rsidTr="00881278">
        <w:tc>
          <w:tcPr>
            <w:tcW w:w="4767" w:type="dxa"/>
            <w:vAlign w:val="center"/>
          </w:tcPr>
          <w:p w14:paraId="046ED7B6" w14:textId="77777777" w:rsidR="005D6869" w:rsidRPr="00B5756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562">
              <w:rPr>
                <w:rFonts w:ascii="Times New Roman" w:hAnsi="Times New Roman" w:cs="Times New Roman"/>
                <w:sz w:val="24"/>
                <w:szCs w:val="24"/>
              </w:rPr>
              <w:t>Ostalo</w:t>
            </w:r>
          </w:p>
        </w:tc>
        <w:tc>
          <w:tcPr>
            <w:tcW w:w="4629" w:type="dxa"/>
            <w:vAlign w:val="center"/>
          </w:tcPr>
          <w:p w14:paraId="2B56022A" w14:textId="77777777" w:rsidR="005D6869" w:rsidRPr="00B57562" w:rsidRDefault="005D68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869" w:rsidRPr="00B57562" w14:paraId="64555204" w14:textId="77777777" w:rsidTr="00881278">
        <w:tc>
          <w:tcPr>
            <w:tcW w:w="4767" w:type="dxa"/>
            <w:vAlign w:val="center"/>
          </w:tcPr>
          <w:p w14:paraId="475D2F1D" w14:textId="77777777" w:rsidR="005D6869" w:rsidRPr="00B5756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562">
              <w:rPr>
                <w:rFonts w:ascii="Times New Roman" w:hAnsi="Times New Roman" w:cs="Times New Roman"/>
                <w:b/>
                <w:sz w:val="24"/>
                <w:szCs w:val="24"/>
              </w:rPr>
              <w:t>UKUPNO</w:t>
            </w:r>
          </w:p>
        </w:tc>
        <w:tc>
          <w:tcPr>
            <w:tcW w:w="4629" w:type="dxa"/>
            <w:vAlign w:val="center"/>
          </w:tcPr>
          <w:p w14:paraId="5CE550B0" w14:textId="77777777" w:rsidR="005D6869" w:rsidRPr="00B57562" w:rsidRDefault="005D68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269349" w14:textId="77777777" w:rsidR="00881278" w:rsidRPr="00B57562" w:rsidRDefault="00881278" w:rsidP="00881278">
      <w:pPr>
        <w:spacing w:after="0"/>
        <w:rPr>
          <w:rFonts w:ascii="Times New Roman" w:hAnsi="Times New Roman" w:cs="Times New Roman"/>
          <w:b/>
          <w:sz w:val="22"/>
        </w:rPr>
      </w:pPr>
    </w:p>
    <w:p w14:paraId="22D00315" w14:textId="1383FF9F" w:rsidR="00881278" w:rsidRPr="00B57562" w:rsidRDefault="00881278" w:rsidP="00881278">
      <w:pPr>
        <w:pStyle w:val="ListParagraph"/>
        <w:numPr>
          <w:ilvl w:val="0"/>
          <w:numId w:val="11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B57562">
        <w:rPr>
          <w:rFonts w:ascii="Times New Roman" w:hAnsi="Times New Roman" w:cs="Times New Roman"/>
          <w:b/>
          <w:sz w:val="24"/>
          <w:szCs w:val="24"/>
        </w:rPr>
        <w:t>ODSTUPANJA OD ODOBRENOG PRORAČUNA I IZVORA FINANCIRANJA</w:t>
      </w:r>
    </w:p>
    <w:p w14:paraId="78040E27" w14:textId="4353156F" w:rsidR="00881278" w:rsidRPr="00B57562" w:rsidRDefault="00881278" w:rsidP="00881278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 w:rsidRPr="00B57562">
        <w:rPr>
          <w:rFonts w:ascii="Times New Roman" w:hAnsi="Times New Roman" w:cs="Times New Roman"/>
          <w:i/>
          <w:iCs/>
          <w:sz w:val="20"/>
          <w:szCs w:val="20"/>
        </w:rPr>
        <w:t>Ako postoje odstupanja u odnosu na odobreni proračun ili planirane izvore financiranja, kratko ih opisati i obrazložiti. Ako ih nije bilo, navesti „nije bilo odstupanja“.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96"/>
      </w:tblGrid>
      <w:tr w:rsidR="00881278" w:rsidRPr="00B57562" w14:paraId="509F2B0C" w14:textId="77777777" w:rsidTr="00881278">
        <w:tc>
          <w:tcPr>
            <w:tcW w:w="9396" w:type="dxa"/>
          </w:tcPr>
          <w:p w14:paraId="7540C3A9" w14:textId="77777777" w:rsidR="00881278" w:rsidRPr="00B57562" w:rsidRDefault="00881278" w:rsidP="00881278">
            <w:pPr>
              <w:spacing w:before="6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881278" w:rsidRPr="00B57562" w14:paraId="00104F39" w14:textId="77777777" w:rsidTr="00881278">
        <w:tc>
          <w:tcPr>
            <w:tcW w:w="9396" w:type="dxa"/>
          </w:tcPr>
          <w:p w14:paraId="0543408F" w14:textId="77777777" w:rsidR="00881278" w:rsidRPr="00B57562" w:rsidRDefault="00881278" w:rsidP="00881278">
            <w:pPr>
              <w:spacing w:before="6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881278" w:rsidRPr="00B57562" w14:paraId="1F1B0107" w14:textId="77777777" w:rsidTr="00881278">
        <w:tc>
          <w:tcPr>
            <w:tcW w:w="9396" w:type="dxa"/>
          </w:tcPr>
          <w:p w14:paraId="0CBBE3B3" w14:textId="77777777" w:rsidR="00881278" w:rsidRPr="00B57562" w:rsidRDefault="00881278" w:rsidP="00881278">
            <w:pPr>
              <w:spacing w:before="6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881278" w:rsidRPr="00B57562" w14:paraId="1866256F" w14:textId="77777777" w:rsidTr="00881278">
        <w:tc>
          <w:tcPr>
            <w:tcW w:w="9396" w:type="dxa"/>
          </w:tcPr>
          <w:p w14:paraId="6A03371C" w14:textId="77777777" w:rsidR="00881278" w:rsidRPr="00B57562" w:rsidRDefault="00881278" w:rsidP="00881278">
            <w:pPr>
              <w:spacing w:before="6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14:paraId="6657FD66" w14:textId="77777777" w:rsidR="00881278" w:rsidRPr="00B57562" w:rsidRDefault="00881278" w:rsidP="00881278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195A9C43" w14:textId="04D8AADB" w:rsidR="00881278" w:rsidRPr="00B57562" w:rsidRDefault="00881278" w:rsidP="00881278">
      <w:pPr>
        <w:pStyle w:val="ListParagraph"/>
        <w:numPr>
          <w:ilvl w:val="0"/>
          <w:numId w:val="11"/>
        </w:numPr>
        <w:spacing w:after="0"/>
        <w:ind w:left="426"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B57562">
        <w:rPr>
          <w:rFonts w:ascii="Times New Roman" w:hAnsi="Times New Roman" w:cs="Times New Roman"/>
          <w:b/>
          <w:bCs/>
          <w:sz w:val="24"/>
          <w:szCs w:val="24"/>
        </w:rPr>
        <w:t>DOKUMENTACIJA ZA PRAVDANJE SREDSTAVA GRADA</w:t>
      </w:r>
    </w:p>
    <w:p w14:paraId="095E2344" w14:textId="1A488416" w:rsidR="00881278" w:rsidRPr="00B57562" w:rsidRDefault="00881278" w:rsidP="00881278">
      <w:pPr>
        <w:spacing w:before="60" w:after="0"/>
        <w:rPr>
          <w:rFonts w:ascii="Times New Roman" w:hAnsi="Times New Roman" w:cs="Times New Roman"/>
          <w:sz w:val="24"/>
          <w:szCs w:val="24"/>
        </w:rPr>
      </w:pPr>
      <w:r w:rsidRPr="00B57562">
        <w:rPr>
          <w:rFonts w:ascii="Times New Roman" w:hAnsi="Times New Roman" w:cs="Times New Roman"/>
          <w:sz w:val="24"/>
          <w:szCs w:val="24"/>
        </w:rPr>
        <w:t>Dostavljaju se preslike vjerodostojne dokumentacije kojom se dokazuju troškovi koji se pravdaju sredstvima Grada Kaštela, uz odgovarajuće dokaze o plaćanju.</w:t>
      </w:r>
    </w:p>
    <w:p w14:paraId="7037246F" w14:textId="77777777" w:rsidR="00881278" w:rsidRPr="00B57562" w:rsidRDefault="00881278" w:rsidP="00881278">
      <w:pPr>
        <w:spacing w:before="60"/>
        <w:rPr>
          <w:rFonts w:ascii="Times New Roman" w:hAnsi="Times New Roman" w:cs="Times New Roman"/>
          <w:sz w:val="24"/>
          <w:szCs w:val="24"/>
        </w:rPr>
      </w:pPr>
      <w:r w:rsidRPr="00B57562">
        <w:rPr>
          <w:rFonts w:ascii="Times New Roman" w:hAnsi="Times New Roman" w:cs="Times New Roman"/>
          <w:sz w:val="24"/>
          <w:szCs w:val="24"/>
        </w:rPr>
        <w:t>Ako je pojedini račun ili druga knjigovodstvena isprava financirana iz više izvora, na dokumentu je potrebno jasno naznačiti iznos koji se pravda sredstvima Grada Kaštela.</w:t>
      </w:r>
    </w:p>
    <w:p w14:paraId="651A064E" w14:textId="6A76F237" w:rsidR="00221BFB" w:rsidRPr="00B57562" w:rsidRDefault="00881278" w:rsidP="00881278">
      <w:pPr>
        <w:spacing w:before="60"/>
        <w:rPr>
          <w:rFonts w:ascii="Times New Roman" w:hAnsi="Times New Roman" w:cs="Times New Roman"/>
          <w:sz w:val="24"/>
          <w:szCs w:val="24"/>
        </w:rPr>
      </w:pPr>
      <w:r w:rsidRPr="00B57562">
        <w:rPr>
          <w:rFonts w:ascii="Times New Roman" w:hAnsi="Times New Roman" w:cs="Times New Roman"/>
          <w:sz w:val="24"/>
          <w:szCs w:val="24"/>
        </w:rPr>
        <w:t>Uz sve kopije računa obavezno priložiti i dokaze o plaćanju (bankovni izvadak s evidentiranom izvršenom transakcijom, virmani, ovjerene isplatnice, dokumente temeljem kojih su obavljena plaćanja-ugovor, sporazumi, obračuni honorara,  i sl.); Kopije računa moraju biti čitljive i svi podaci na računu moraju biti jasno vidljivi.</w:t>
      </w:r>
    </w:p>
    <w:p w14:paraId="094D341C" w14:textId="77777777" w:rsidR="00881278" w:rsidRPr="00B57562" w:rsidRDefault="00881278" w:rsidP="00881278">
      <w:pPr>
        <w:rPr>
          <w:rFonts w:ascii="Times New Roman" w:hAnsi="Times New Roman" w:cs="Times New Roman"/>
          <w:sz w:val="24"/>
          <w:szCs w:val="24"/>
        </w:rPr>
      </w:pPr>
      <w:r w:rsidRPr="00B57562">
        <w:rPr>
          <w:rFonts w:ascii="Times New Roman" w:hAnsi="Times New Roman" w:cs="Times New Roman"/>
          <w:sz w:val="24"/>
          <w:szCs w:val="24"/>
        </w:rPr>
        <w:t>Korisnik je dužan opravdati 100 % ugovorenog iznosa sredstava Grada Kaštela. Neutrošena ili neopravdana sredstva vraćaju se Gradu u skladu s ugovorom.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1701"/>
        <w:gridCol w:w="1701"/>
      </w:tblGrid>
      <w:tr w:rsidR="008436D6" w:rsidRPr="00B57562" w14:paraId="30BBCDF5" w14:textId="7A43372B" w:rsidTr="008436D6"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14:paraId="179959D2" w14:textId="6701D88D" w:rsidR="008436D6" w:rsidRPr="00B57562" w:rsidRDefault="008436D6" w:rsidP="00881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562">
              <w:rPr>
                <w:rFonts w:ascii="Times New Roman" w:hAnsi="Times New Roman" w:cs="Times New Roman"/>
                <w:sz w:val="24"/>
                <w:szCs w:val="24"/>
              </w:rPr>
              <w:t>Neutrošena sredstva Grada za povrat: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711794FE" w14:textId="77777777" w:rsidR="008436D6" w:rsidRPr="00B57562" w:rsidRDefault="008436D6" w:rsidP="00881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FA8578A" w14:textId="450583F9" w:rsidR="008436D6" w:rsidRPr="00B57562" w:rsidRDefault="008436D6" w:rsidP="00881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562">
              <w:rPr>
                <w:rFonts w:ascii="Times New Roman" w:hAnsi="Times New Roman" w:cs="Times New Roman"/>
                <w:sz w:val="24"/>
                <w:szCs w:val="24"/>
              </w:rPr>
              <w:t>EUR</w:t>
            </w:r>
          </w:p>
        </w:tc>
      </w:tr>
    </w:tbl>
    <w:p w14:paraId="3497F15A" w14:textId="77777777" w:rsidR="008436D6" w:rsidRPr="00B57562" w:rsidRDefault="008436D6" w:rsidP="0088127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7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0"/>
        <w:gridCol w:w="1554"/>
        <w:gridCol w:w="3832"/>
      </w:tblGrid>
      <w:tr w:rsidR="00207868" w:rsidRPr="00B57562" w14:paraId="6A3170DA" w14:textId="77777777" w:rsidTr="009B530E"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72D3E8" w14:textId="77777777" w:rsidR="00207868" w:rsidRPr="00B57562" w:rsidRDefault="00207868" w:rsidP="009B53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14:paraId="31384678" w14:textId="77777777" w:rsidR="00207868" w:rsidRPr="00B57562" w:rsidRDefault="00207868" w:rsidP="009B53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4459B" w14:textId="77777777" w:rsidR="00207868" w:rsidRPr="00B57562" w:rsidRDefault="00207868" w:rsidP="009B530E">
            <w:pPr>
              <w:tabs>
                <w:tab w:val="left" w:pos="2301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r w:rsidRPr="00B57562">
              <w:rPr>
                <w:rFonts w:ascii="Times New Roman" w:eastAsia="Arial Unicode MS" w:hAnsi="Times New Roman" w:cs="Times New Roman"/>
                <w:b/>
              </w:rPr>
              <w:t>MP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1F273E" w14:textId="77777777" w:rsidR="00207868" w:rsidRPr="00B57562" w:rsidRDefault="00207868" w:rsidP="009B530E">
            <w:pPr>
              <w:tabs>
                <w:tab w:val="left" w:pos="2301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</w:p>
        </w:tc>
      </w:tr>
      <w:tr w:rsidR="00207868" w:rsidRPr="00B57562" w14:paraId="151532F9" w14:textId="77777777" w:rsidTr="009B530E">
        <w:tc>
          <w:tcPr>
            <w:tcW w:w="4390" w:type="dxa"/>
            <w:tcBorders>
              <w:left w:val="nil"/>
              <w:bottom w:val="nil"/>
              <w:right w:val="nil"/>
            </w:tcBorders>
            <w:vAlign w:val="center"/>
          </w:tcPr>
          <w:p w14:paraId="05C35ACD" w14:textId="77777777" w:rsidR="00207868" w:rsidRPr="00B57562" w:rsidRDefault="00207868" w:rsidP="009B530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proofErr w:type="spellStart"/>
            <w:r w:rsidRPr="00B57562">
              <w:rPr>
                <w:rFonts w:ascii="Times New Roman" w:eastAsia="Arial Unicode MS" w:hAnsi="Times New Roman" w:cs="Times New Roman"/>
                <w:b/>
                <w:bCs/>
              </w:rPr>
              <w:t>ime</w:t>
            </w:r>
            <w:proofErr w:type="spellEnd"/>
            <w:r w:rsidRPr="00B57562">
              <w:rPr>
                <w:rFonts w:ascii="Times New Roman" w:eastAsia="Arial Unicode MS" w:hAnsi="Times New Roman" w:cs="Times New Roman"/>
                <w:b/>
                <w:bCs/>
              </w:rPr>
              <w:t xml:space="preserve"> </w:t>
            </w:r>
            <w:proofErr w:type="spellStart"/>
            <w:r w:rsidRPr="00B57562">
              <w:rPr>
                <w:rFonts w:ascii="Times New Roman" w:eastAsia="Arial Unicode MS" w:hAnsi="Times New Roman" w:cs="Times New Roman"/>
                <w:b/>
                <w:bCs/>
              </w:rPr>
              <w:t>i</w:t>
            </w:r>
            <w:proofErr w:type="spellEnd"/>
            <w:r w:rsidRPr="00B57562">
              <w:rPr>
                <w:rFonts w:ascii="Times New Roman" w:eastAsia="Arial Unicode MS" w:hAnsi="Times New Roman" w:cs="Times New Roman"/>
                <w:b/>
                <w:bCs/>
              </w:rPr>
              <w:t xml:space="preserve"> </w:t>
            </w:r>
            <w:proofErr w:type="spellStart"/>
            <w:r w:rsidRPr="00B57562">
              <w:rPr>
                <w:rFonts w:ascii="Times New Roman" w:eastAsia="Arial Unicode MS" w:hAnsi="Times New Roman" w:cs="Times New Roman"/>
                <w:b/>
                <w:bCs/>
              </w:rPr>
              <w:t>prezime</w:t>
            </w:r>
            <w:proofErr w:type="spellEnd"/>
            <w:r w:rsidRPr="00B57562">
              <w:rPr>
                <w:rFonts w:ascii="Times New Roman" w:eastAsia="Arial Unicode MS" w:hAnsi="Times New Roman" w:cs="Times New Roman"/>
                <w:b/>
                <w:bCs/>
              </w:rPr>
              <w:t xml:space="preserve"> </w:t>
            </w:r>
            <w:proofErr w:type="spellStart"/>
            <w:r w:rsidRPr="00B57562">
              <w:rPr>
                <w:rFonts w:ascii="Times New Roman" w:eastAsia="Arial Unicode MS" w:hAnsi="Times New Roman" w:cs="Times New Roman"/>
                <w:b/>
                <w:bCs/>
              </w:rPr>
              <w:t>osobe</w:t>
            </w:r>
            <w:proofErr w:type="spellEnd"/>
            <w:r w:rsidRPr="00B57562">
              <w:rPr>
                <w:rFonts w:ascii="Times New Roman" w:eastAsia="Arial Unicode MS" w:hAnsi="Times New Roman" w:cs="Times New Roman"/>
                <w:b/>
                <w:bCs/>
              </w:rPr>
              <w:t xml:space="preserve"> </w:t>
            </w:r>
            <w:proofErr w:type="spellStart"/>
            <w:r w:rsidRPr="00B57562">
              <w:rPr>
                <w:rFonts w:ascii="Times New Roman" w:eastAsia="Arial Unicode MS" w:hAnsi="Times New Roman" w:cs="Times New Roman"/>
                <w:b/>
                <w:bCs/>
              </w:rPr>
              <w:t>ovlaštene</w:t>
            </w:r>
            <w:proofErr w:type="spellEnd"/>
            <w:r w:rsidRPr="00B57562">
              <w:rPr>
                <w:rFonts w:ascii="Times New Roman" w:eastAsia="Arial Unicode MS" w:hAnsi="Times New Roman" w:cs="Times New Roman"/>
                <w:b/>
                <w:bCs/>
              </w:rPr>
              <w:t xml:space="preserve"> za </w:t>
            </w:r>
            <w:proofErr w:type="spellStart"/>
            <w:r w:rsidRPr="00B57562">
              <w:rPr>
                <w:rFonts w:ascii="Times New Roman" w:eastAsia="Arial Unicode MS" w:hAnsi="Times New Roman" w:cs="Times New Roman"/>
                <w:b/>
                <w:bCs/>
              </w:rPr>
              <w:t>zastupanje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F2AC3" w14:textId="77777777" w:rsidR="00207868" w:rsidRPr="00B57562" w:rsidRDefault="00207868" w:rsidP="009B530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32" w:type="dxa"/>
            <w:tcBorders>
              <w:left w:val="nil"/>
              <w:bottom w:val="nil"/>
              <w:right w:val="nil"/>
            </w:tcBorders>
          </w:tcPr>
          <w:p w14:paraId="53984ED5" w14:textId="77777777" w:rsidR="00207868" w:rsidRPr="00B57562" w:rsidRDefault="00207868" w:rsidP="009B530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</w:pPr>
            <w:proofErr w:type="spellStart"/>
            <w:r w:rsidRPr="00B57562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>ime</w:t>
            </w:r>
            <w:proofErr w:type="spellEnd"/>
            <w:r w:rsidRPr="00B57562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 xml:space="preserve"> </w:t>
            </w:r>
            <w:proofErr w:type="spellStart"/>
            <w:r w:rsidRPr="00B57562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>i</w:t>
            </w:r>
            <w:proofErr w:type="spellEnd"/>
            <w:r w:rsidRPr="00B57562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 xml:space="preserve"> </w:t>
            </w:r>
            <w:proofErr w:type="spellStart"/>
            <w:r w:rsidRPr="00B57562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>prezime</w:t>
            </w:r>
            <w:proofErr w:type="spellEnd"/>
            <w:r w:rsidRPr="00B57562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 xml:space="preserve"> </w:t>
            </w:r>
            <w:proofErr w:type="spellStart"/>
            <w:r w:rsidRPr="00B57562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>voditelja</w:t>
            </w:r>
            <w:proofErr w:type="spellEnd"/>
            <w:r w:rsidRPr="00B57562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 xml:space="preserve"> </w:t>
            </w:r>
            <w:proofErr w:type="spellStart"/>
            <w:r w:rsidRPr="00B57562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>programa</w:t>
            </w:r>
            <w:proofErr w:type="spellEnd"/>
            <w:r w:rsidRPr="00B57562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>/</w:t>
            </w:r>
            <w:proofErr w:type="spellStart"/>
            <w:r w:rsidRPr="00B57562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>projekta</w:t>
            </w:r>
            <w:proofErr w:type="spellEnd"/>
          </w:p>
        </w:tc>
      </w:tr>
    </w:tbl>
    <w:p w14:paraId="69513C04" w14:textId="77777777" w:rsidR="00207868" w:rsidRPr="00B57562" w:rsidRDefault="00207868" w:rsidP="00207868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</w:rPr>
      </w:pPr>
      <w:r w:rsidRPr="00B57562">
        <w:rPr>
          <w:rFonts w:ascii="Times New Roman" w:eastAsia="Arial Unicode MS" w:hAnsi="Times New Roman" w:cs="Times New Roman"/>
          <w:b/>
        </w:rPr>
        <w:t xml:space="preserve">            </w:t>
      </w:r>
    </w:p>
    <w:p w14:paraId="6C78632E" w14:textId="77777777" w:rsidR="00207868" w:rsidRPr="00B57562" w:rsidRDefault="00207868" w:rsidP="00207868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</w:rPr>
      </w:pPr>
    </w:p>
    <w:tbl>
      <w:tblPr>
        <w:tblW w:w="9771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390"/>
        <w:gridCol w:w="1554"/>
        <w:gridCol w:w="3827"/>
      </w:tblGrid>
      <w:tr w:rsidR="00207868" w:rsidRPr="00B57562" w14:paraId="7C108B91" w14:textId="77777777" w:rsidTr="009B530E"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81D3F8" w14:textId="77777777" w:rsidR="00207868" w:rsidRPr="00B57562" w:rsidRDefault="00207868" w:rsidP="009B53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4CADBF76" w14:textId="77777777" w:rsidR="00207868" w:rsidRPr="00B57562" w:rsidRDefault="00207868" w:rsidP="009B53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B57562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970110" w14:textId="77777777" w:rsidR="00207868" w:rsidRPr="00B57562" w:rsidRDefault="00207868" w:rsidP="009B53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207868" w:rsidRPr="00B57562" w14:paraId="1E9867D7" w14:textId="77777777" w:rsidTr="009B530E">
        <w:tblPrEx>
          <w:tblCellMar>
            <w:bottom w:w="0" w:type="dxa"/>
          </w:tblCellMar>
        </w:tblPrEx>
        <w:trPr>
          <w:trHeight w:val="58"/>
        </w:trPr>
        <w:tc>
          <w:tcPr>
            <w:tcW w:w="4390" w:type="dxa"/>
            <w:tcBorders>
              <w:left w:val="nil"/>
              <w:bottom w:val="nil"/>
              <w:right w:val="nil"/>
            </w:tcBorders>
            <w:vAlign w:val="center"/>
          </w:tcPr>
          <w:p w14:paraId="21C721D4" w14:textId="77777777" w:rsidR="00207868" w:rsidRPr="00B57562" w:rsidRDefault="00207868" w:rsidP="009B530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proofErr w:type="spellStart"/>
            <w:r w:rsidRPr="00B57562">
              <w:rPr>
                <w:rFonts w:ascii="Times New Roman" w:eastAsia="Arial Unicode MS" w:hAnsi="Times New Roman" w:cs="Times New Roman"/>
                <w:b/>
                <w:bCs/>
              </w:rPr>
              <w:t>potpis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6F698812" w14:textId="77777777" w:rsidR="00207868" w:rsidRPr="00B57562" w:rsidRDefault="00207868" w:rsidP="009B530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</w:p>
        </w:tc>
        <w:tc>
          <w:tcPr>
            <w:tcW w:w="3827" w:type="dxa"/>
            <w:tcBorders>
              <w:left w:val="nil"/>
              <w:bottom w:val="nil"/>
              <w:right w:val="nil"/>
            </w:tcBorders>
          </w:tcPr>
          <w:p w14:paraId="3E96145F" w14:textId="77777777" w:rsidR="00207868" w:rsidRPr="00B57562" w:rsidRDefault="00207868" w:rsidP="009B530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proofErr w:type="spellStart"/>
            <w:r w:rsidRPr="00B57562">
              <w:rPr>
                <w:rFonts w:ascii="Times New Roman" w:eastAsia="Arial Unicode MS" w:hAnsi="Times New Roman" w:cs="Times New Roman"/>
                <w:b/>
                <w:bCs/>
              </w:rPr>
              <w:t>potpis</w:t>
            </w:r>
            <w:proofErr w:type="spellEnd"/>
          </w:p>
        </w:tc>
      </w:tr>
    </w:tbl>
    <w:p w14:paraId="57D46916" w14:textId="77777777" w:rsidR="00207868" w:rsidRPr="00B57562" w:rsidRDefault="00207868" w:rsidP="00207868">
      <w:pPr>
        <w:suppressAutoHyphens/>
        <w:spacing w:after="0" w:line="240" w:lineRule="auto"/>
        <w:rPr>
          <w:rFonts w:ascii="Times New Roman" w:eastAsia="Arial Unicode MS" w:hAnsi="Times New Roman" w:cs="Times New Roman"/>
          <w:b/>
        </w:rPr>
      </w:pPr>
    </w:p>
    <w:tbl>
      <w:tblPr>
        <w:tblW w:w="5755" w:type="dxa"/>
        <w:tblInd w:w="57" w:type="dxa"/>
        <w:tblLayout w:type="fixed"/>
        <w:tblLook w:val="0000" w:firstRow="0" w:lastRow="0" w:firstColumn="0" w:lastColumn="0" w:noHBand="0" w:noVBand="0"/>
      </w:tblPr>
      <w:tblGrid>
        <w:gridCol w:w="359"/>
        <w:gridCol w:w="3193"/>
        <w:gridCol w:w="236"/>
        <w:gridCol w:w="1967"/>
      </w:tblGrid>
      <w:tr w:rsidR="00207868" w:rsidRPr="00B57562" w14:paraId="2578F6C9" w14:textId="77777777" w:rsidTr="009B530E">
        <w:tc>
          <w:tcPr>
            <w:tcW w:w="359" w:type="dxa"/>
            <w:vAlign w:val="center"/>
          </w:tcPr>
          <w:p w14:paraId="0AD063DC" w14:textId="77777777" w:rsidR="00207868" w:rsidRPr="00B57562" w:rsidRDefault="00207868" w:rsidP="009B530E">
            <w:pPr>
              <w:spacing w:after="0"/>
              <w:jc w:val="center"/>
              <w:rPr>
                <w:rFonts w:ascii="Times New Roman" w:eastAsia="Arial Narrow" w:hAnsi="Times New Roman" w:cs="Times New Roman"/>
                <w:bCs/>
              </w:rPr>
            </w:pPr>
            <w:r w:rsidRPr="00B57562">
              <w:rPr>
                <w:rFonts w:ascii="Times New Roman" w:eastAsia="Arial Narrow" w:hAnsi="Times New Roman" w:cs="Times New Roman"/>
                <w:bCs/>
              </w:rPr>
              <w:t>U</w:t>
            </w:r>
          </w:p>
        </w:tc>
        <w:tc>
          <w:tcPr>
            <w:tcW w:w="3193" w:type="dxa"/>
            <w:tcBorders>
              <w:bottom w:val="single" w:sz="4" w:space="0" w:color="auto"/>
            </w:tcBorders>
            <w:vAlign w:val="center"/>
          </w:tcPr>
          <w:p w14:paraId="7793B3DA" w14:textId="77777777" w:rsidR="00207868" w:rsidRPr="00B57562" w:rsidRDefault="00207868" w:rsidP="009B530E">
            <w:pPr>
              <w:spacing w:after="0"/>
              <w:rPr>
                <w:rFonts w:ascii="Times New Roman" w:eastAsia="Arial Narrow" w:hAnsi="Times New Roman" w:cs="Times New Roman"/>
              </w:rPr>
            </w:pPr>
            <w:r w:rsidRPr="00B57562">
              <w:rPr>
                <w:rFonts w:ascii="Times New Roman" w:eastAsia="Arial Narrow" w:hAnsi="Times New Roman" w:cs="Times New Roman"/>
              </w:rPr>
              <w:t xml:space="preserve"> </w:t>
            </w:r>
          </w:p>
        </w:tc>
        <w:tc>
          <w:tcPr>
            <w:tcW w:w="236" w:type="dxa"/>
            <w:vAlign w:val="center"/>
          </w:tcPr>
          <w:p w14:paraId="7867B697" w14:textId="77777777" w:rsidR="00207868" w:rsidRPr="00B57562" w:rsidRDefault="00207868" w:rsidP="009B530E">
            <w:pPr>
              <w:spacing w:after="0"/>
              <w:rPr>
                <w:rFonts w:ascii="Times New Roman" w:eastAsia="Arial Narrow" w:hAnsi="Times New Roman" w:cs="Times New Roman"/>
              </w:rPr>
            </w:pPr>
            <w:r w:rsidRPr="00B57562">
              <w:rPr>
                <w:rFonts w:ascii="Times New Roman" w:eastAsia="Arial Narrow" w:hAnsi="Times New Roman" w:cs="Times New Roman"/>
                <w:b/>
              </w:rPr>
              <w:t>,</w:t>
            </w:r>
          </w:p>
        </w:tc>
        <w:tc>
          <w:tcPr>
            <w:tcW w:w="1967" w:type="dxa"/>
            <w:tcBorders>
              <w:bottom w:val="single" w:sz="4" w:space="0" w:color="auto"/>
            </w:tcBorders>
            <w:vAlign w:val="center"/>
          </w:tcPr>
          <w:p w14:paraId="3DD4BD8F" w14:textId="77777777" w:rsidR="00207868" w:rsidRPr="00B57562" w:rsidRDefault="00207868" w:rsidP="009B530E">
            <w:pPr>
              <w:spacing w:after="0"/>
              <w:rPr>
                <w:rFonts w:ascii="Times New Roman" w:eastAsia="Arial Narrow" w:hAnsi="Times New Roman" w:cs="Times New Roman"/>
              </w:rPr>
            </w:pPr>
          </w:p>
        </w:tc>
      </w:tr>
      <w:tr w:rsidR="00207868" w:rsidRPr="00B57562" w14:paraId="72682086" w14:textId="77777777" w:rsidTr="009B530E">
        <w:tc>
          <w:tcPr>
            <w:tcW w:w="359" w:type="dxa"/>
            <w:vAlign w:val="center"/>
          </w:tcPr>
          <w:p w14:paraId="2CA03CB6" w14:textId="77777777" w:rsidR="00207868" w:rsidRPr="00B57562" w:rsidRDefault="00207868" w:rsidP="009B530E">
            <w:pPr>
              <w:spacing w:after="0"/>
              <w:jc w:val="center"/>
              <w:rPr>
                <w:rFonts w:ascii="Times New Roman" w:eastAsia="Arial Narrow" w:hAnsi="Times New Roman" w:cs="Times New Roman"/>
                <w:b/>
              </w:rPr>
            </w:pPr>
          </w:p>
        </w:tc>
        <w:tc>
          <w:tcPr>
            <w:tcW w:w="3193" w:type="dxa"/>
            <w:tcBorders>
              <w:top w:val="single" w:sz="4" w:space="0" w:color="auto"/>
            </w:tcBorders>
            <w:vAlign w:val="center"/>
          </w:tcPr>
          <w:p w14:paraId="1A45D4BB" w14:textId="77777777" w:rsidR="00207868" w:rsidRPr="00B57562" w:rsidRDefault="00207868" w:rsidP="009B530E">
            <w:pPr>
              <w:spacing w:after="0"/>
              <w:jc w:val="center"/>
              <w:rPr>
                <w:rFonts w:ascii="Times New Roman" w:eastAsia="Arial Narrow" w:hAnsi="Times New Roman" w:cs="Times New Roman"/>
              </w:rPr>
            </w:pPr>
            <w:proofErr w:type="spellStart"/>
            <w:r w:rsidRPr="00B57562">
              <w:rPr>
                <w:rFonts w:ascii="Times New Roman" w:eastAsia="Arial Narrow" w:hAnsi="Times New Roman" w:cs="Times New Roman"/>
              </w:rPr>
              <w:t>mjesto</w:t>
            </w:r>
            <w:proofErr w:type="spellEnd"/>
          </w:p>
        </w:tc>
        <w:tc>
          <w:tcPr>
            <w:tcW w:w="236" w:type="dxa"/>
            <w:vAlign w:val="center"/>
          </w:tcPr>
          <w:p w14:paraId="03FECFC5" w14:textId="77777777" w:rsidR="00207868" w:rsidRPr="00B57562" w:rsidRDefault="00207868" w:rsidP="009B530E">
            <w:pPr>
              <w:spacing w:after="0"/>
              <w:jc w:val="center"/>
              <w:rPr>
                <w:rFonts w:ascii="Times New Roman" w:eastAsia="Arial Narrow" w:hAnsi="Times New Roman" w:cs="Times New Roman"/>
                <w:b/>
              </w:rPr>
            </w:pPr>
          </w:p>
        </w:tc>
        <w:tc>
          <w:tcPr>
            <w:tcW w:w="1967" w:type="dxa"/>
            <w:tcBorders>
              <w:top w:val="single" w:sz="4" w:space="0" w:color="auto"/>
            </w:tcBorders>
            <w:vAlign w:val="center"/>
          </w:tcPr>
          <w:p w14:paraId="61757721" w14:textId="77777777" w:rsidR="00207868" w:rsidRPr="00B57562" w:rsidRDefault="00207868" w:rsidP="009B530E">
            <w:pPr>
              <w:spacing w:after="0"/>
              <w:jc w:val="center"/>
              <w:rPr>
                <w:rFonts w:ascii="Times New Roman" w:eastAsia="Arial Narrow" w:hAnsi="Times New Roman" w:cs="Times New Roman"/>
              </w:rPr>
            </w:pPr>
            <w:r w:rsidRPr="00B57562">
              <w:rPr>
                <w:rFonts w:ascii="Times New Roman" w:eastAsia="Arial Narrow" w:hAnsi="Times New Roman" w:cs="Times New Roman"/>
              </w:rPr>
              <w:t xml:space="preserve">datum </w:t>
            </w:r>
            <w:proofErr w:type="spellStart"/>
            <w:r w:rsidRPr="00B57562">
              <w:rPr>
                <w:rFonts w:ascii="Times New Roman" w:eastAsia="Arial Narrow" w:hAnsi="Times New Roman" w:cs="Times New Roman"/>
              </w:rPr>
              <w:t>i</w:t>
            </w:r>
            <w:proofErr w:type="spellEnd"/>
            <w:r w:rsidRPr="00B57562">
              <w:rPr>
                <w:rFonts w:ascii="Times New Roman" w:eastAsia="Arial Narrow" w:hAnsi="Times New Roman" w:cs="Times New Roman"/>
              </w:rPr>
              <w:t xml:space="preserve"> </w:t>
            </w:r>
            <w:proofErr w:type="spellStart"/>
            <w:r w:rsidRPr="00B57562">
              <w:rPr>
                <w:rFonts w:ascii="Times New Roman" w:eastAsia="Arial Narrow" w:hAnsi="Times New Roman" w:cs="Times New Roman"/>
              </w:rPr>
              <w:t>godina</w:t>
            </w:r>
            <w:proofErr w:type="spellEnd"/>
          </w:p>
        </w:tc>
      </w:tr>
    </w:tbl>
    <w:p w14:paraId="782125C0" w14:textId="316D8479" w:rsidR="005D6869" w:rsidRPr="00B57562" w:rsidRDefault="005D6869" w:rsidP="00881278">
      <w:pPr>
        <w:rPr>
          <w:rFonts w:ascii="Times New Roman" w:hAnsi="Times New Roman" w:cs="Times New Roman"/>
          <w:sz w:val="24"/>
          <w:szCs w:val="24"/>
        </w:rPr>
      </w:pPr>
    </w:p>
    <w:sectPr w:rsidR="005D6869" w:rsidRPr="00B57562" w:rsidSect="00484B6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1786BCC"/>
    <w:multiLevelType w:val="hybridMultilevel"/>
    <w:tmpl w:val="BAAE5C76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C30A20"/>
    <w:multiLevelType w:val="hybridMultilevel"/>
    <w:tmpl w:val="ED56C5DE"/>
    <w:lvl w:ilvl="0" w:tplc="5DC4886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7682715">
    <w:abstractNumId w:val="8"/>
  </w:num>
  <w:num w:numId="2" w16cid:durableId="1335767343">
    <w:abstractNumId w:val="6"/>
  </w:num>
  <w:num w:numId="3" w16cid:durableId="158354547">
    <w:abstractNumId w:val="5"/>
  </w:num>
  <w:num w:numId="4" w16cid:durableId="2061174322">
    <w:abstractNumId w:val="4"/>
  </w:num>
  <w:num w:numId="5" w16cid:durableId="1938632205">
    <w:abstractNumId w:val="7"/>
  </w:num>
  <w:num w:numId="6" w16cid:durableId="1816138139">
    <w:abstractNumId w:val="3"/>
  </w:num>
  <w:num w:numId="7" w16cid:durableId="1232043434">
    <w:abstractNumId w:val="2"/>
  </w:num>
  <w:num w:numId="8" w16cid:durableId="98065706">
    <w:abstractNumId w:val="1"/>
  </w:num>
  <w:num w:numId="9" w16cid:durableId="448357405">
    <w:abstractNumId w:val="0"/>
  </w:num>
  <w:num w:numId="10" w16cid:durableId="1520584287">
    <w:abstractNumId w:val="9"/>
  </w:num>
  <w:num w:numId="11" w16cid:durableId="19661537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1342"/>
    <w:rsid w:val="001E1149"/>
    <w:rsid w:val="00207868"/>
    <w:rsid w:val="00221BFB"/>
    <w:rsid w:val="0029639D"/>
    <w:rsid w:val="00326F90"/>
    <w:rsid w:val="00374B94"/>
    <w:rsid w:val="00484B68"/>
    <w:rsid w:val="00567BCE"/>
    <w:rsid w:val="005D6869"/>
    <w:rsid w:val="007D7BE5"/>
    <w:rsid w:val="00842760"/>
    <w:rsid w:val="008436D6"/>
    <w:rsid w:val="00881278"/>
    <w:rsid w:val="00AA1D8D"/>
    <w:rsid w:val="00AB74BE"/>
    <w:rsid w:val="00B17E4E"/>
    <w:rsid w:val="00B47730"/>
    <w:rsid w:val="00B57562"/>
    <w:rsid w:val="00C17534"/>
    <w:rsid w:val="00C55DCE"/>
    <w:rsid w:val="00CB0664"/>
    <w:rsid w:val="00CE7E6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E5CB69"/>
  <w14:defaultImageDpi w14:val="300"/>
  <w15:docId w15:val="{608A2290-2D70-41A7-B1B6-0903403B1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Antonia Kljaić</cp:lastModifiedBy>
  <cp:revision>4</cp:revision>
  <dcterms:created xsi:type="dcterms:W3CDTF">2026-09-30T08:38:00Z</dcterms:created>
  <dcterms:modified xsi:type="dcterms:W3CDTF">2026-10-01T06:16:00Z</dcterms:modified>
  <cp:category/>
</cp:coreProperties>
</file>