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BF5FC" w14:textId="77777777" w:rsidR="00A62CA9" w:rsidRPr="00A62CA9" w:rsidRDefault="00000000" w:rsidP="00A62C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ABF">
        <w:rPr>
          <w:rFonts w:ascii="Times New Roman" w:hAnsi="Times New Roman" w:cs="Times New Roman"/>
          <w:b/>
          <w:sz w:val="24"/>
          <w:szCs w:val="24"/>
        </w:rPr>
        <w:t xml:space="preserve">GRAD </w:t>
      </w:r>
      <w:r w:rsidRPr="00A62CA9">
        <w:rPr>
          <w:rFonts w:ascii="Times New Roman" w:hAnsi="Times New Roman" w:cs="Times New Roman"/>
          <w:b/>
          <w:sz w:val="24"/>
          <w:szCs w:val="24"/>
        </w:rPr>
        <w:t>KAŠTELA</w:t>
      </w:r>
    </w:p>
    <w:p w14:paraId="6021E972" w14:textId="10F340A4" w:rsidR="00FE7ABF" w:rsidRDefault="00A62CA9" w:rsidP="00A62C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CA9">
        <w:rPr>
          <w:rFonts w:ascii="Times New Roman" w:hAnsi="Times New Roman" w:cs="Times New Roman"/>
          <w:b/>
          <w:sz w:val="24"/>
          <w:szCs w:val="24"/>
        </w:rPr>
        <w:t>UPRAVNI ODJEL ZA DRUŠTVENE DJELATNOSTI I OPĆE POSLOVE</w:t>
      </w:r>
    </w:p>
    <w:p w14:paraId="0D443519" w14:textId="77777777" w:rsidR="00A62CA9" w:rsidRPr="00A62CA9" w:rsidRDefault="00A62CA9" w:rsidP="00A62CA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C4E61CB" w14:textId="60C56CFE" w:rsidR="00A62CA9" w:rsidRPr="00A62CA9" w:rsidRDefault="00000000" w:rsidP="00A62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CA9">
        <w:rPr>
          <w:rFonts w:ascii="Times New Roman" w:hAnsi="Times New Roman" w:cs="Times New Roman"/>
          <w:b/>
          <w:sz w:val="28"/>
          <w:szCs w:val="28"/>
        </w:rPr>
        <w:t>IZJAVA O PARTNERSTVU</w:t>
      </w:r>
      <w:r w:rsidR="00A62CA9" w:rsidRPr="00A62C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2F55844" w14:textId="77777777" w:rsidR="00A62CA9" w:rsidRPr="00A62CA9" w:rsidRDefault="00A62CA9" w:rsidP="00A62C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BFD79B" w14:textId="77777777" w:rsidR="00A62CA9" w:rsidRPr="00A62CA9" w:rsidRDefault="00A62CA9" w:rsidP="00A62CA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62CA9">
        <w:rPr>
          <w:rFonts w:ascii="Times New Roman" w:hAnsi="Times New Roman" w:cs="Times New Roman"/>
          <w:b/>
          <w:sz w:val="24"/>
          <w:szCs w:val="24"/>
        </w:rPr>
        <w:t>Javni</w:t>
      </w:r>
      <w:proofErr w:type="spellEnd"/>
      <w:r w:rsidRPr="00A62C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2CA9">
        <w:rPr>
          <w:rFonts w:ascii="Times New Roman" w:hAnsi="Times New Roman" w:cs="Times New Roman"/>
          <w:b/>
          <w:sz w:val="24"/>
          <w:szCs w:val="24"/>
        </w:rPr>
        <w:t>poziv</w:t>
      </w:r>
      <w:proofErr w:type="spellEnd"/>
      <w:r w:rsidRPr="00A62CA9"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A62CA9">
        <w:rPr>
          <w:rFonts w:ascii="Times New Roman" w:hAnsi="Times New Roman" w:cs="Times New Roman"/>
          <w:b/>
          <w:sz w:val="24"/>
          <w:szCs w:val="24"/>
        </w:rPr>
        <w:t>financiranje</w:t>
      </w:r>
      <w:proofErr w:type="spellEnd"/>
      <w:r w:rsidRPr="00A62C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2CA9">
        <w:rPr>
          <w:rFonts w:ascii="Times New Roman" w:hAnsi="Times New Roman" w:cs="Times New Roman"/>
          <w:b/>
          <w:sz w:val="24"/>
          <w:szCs w:val="24"/>
        </w:rPr>
        <w:t>javnih</w:t>
      </w:r>
      <w:proofErr w:type="spellEnd"/>
      <w:r w:rsidRPr="00A62C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2CA9">
        <w:rPr>
          <w:rFonts w:ascii="Times New Roman" w:hAnsi="Times New Roman" w:cs="Times New Roman"/>
          <w:b/>
          <w:sz w:val="24"/>
          <w:szCs w:val="24"/>
        </w:rPr>
        <w:t>potreba</w:t>
      </w:r>
      <w:proofErr w:type="spellEnd"/>
      <w:r w:rsidRPr="00A62CA9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A62CA9">
        <w:rPr>
          <w:rFonts w:ascii="Times New Roman" w:hAnsi="Times New Roman" w:cs="Times New Roman"/>
          <w:b/>
          <w:sz w:val="24"/>
          <w:szCs w:val="24"/>
        </w:rPr>
        <w:t>kulturi</w:t>
      </w:r>
      <w:proofErr w:type="spellEnd"/>
      <w:r w:rsidRPr="00A62CA9">
        <w:rPr>
          <w:rFonts w:ascii="Times New Roman" w:hAnsi="Times New Roman" w:cs="Times New Roman"/>
          <w:b/>
          <w:sz w:val="24"/>
          <w:szCs w:val="24"/>
        </w:rPr>
        <w:t xml:space="preserve"> Grada Kaštela za 2027. </w:t>
      </w:r>
      <w:proofErr w:type="spellStart"/>
      <w:r w:rsidRPr="00A62CA9">
        <w:rPr>
          <w:rFonts w:ascii="Times New Roman" w:hAnsi="Times New Roman" w:cs="Times New Roman"/>
          <w:b/>
          <w:sz w:val="24"/>
          <w:szCs w:val="24"/>
        </w:rPr>
        <w:t>godinu</w:t>
      </w:r>
      <w:proofErr w:type="spellEnd"/>
    </w:p>
    <w:p w14:paraId="431FB717" w14:textId="77777777" w:rsidR="00A62CA9" w:rsidRPr="00A62CA9" w:rsidRDefault="00A62CA9" w:rsidP="00A62C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C4723D" w14:textId="77777777" w:rsidR="00A62CA9" w:rsidRDefault="00A62CA9" w:rsidP="00A62CA9">
      <w:pPr>
        <w:rPr>
          <w:rFonts w:ascii="Times New Roman" w:hAnsi="Times New Roman" w:cs="Times New Roman"/>
          <w:i/>
          <w:iCs/>
        </w:rPr>
      </w:pPr>
      <w:proofErr w:type="spellStart"/>
      <w:r w:rsidRPr="00A62CA9">
        <w:rPr>
          <w:rFonts w:ascii="Times New Roman" w:hAnsi="Times New Roman" w:cs="Times New Roman"/>
          <w:i/>
          <w:iCs/>
        </w:rPr>
        <w:t>Ovaj</w:t>
      </w:r>
      <w:proofErr w:type="spellEnd"/>
      <w:r w:rsidRPr="00A62CA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62CA9">
        <w:rPr>
          <w:rFonts w:ascii="Times New Roman" w:hAnsi="Times New Roman" w:cs="Times New Roman"/>
          <w:i/>
          <w:iCs/>
        </w:rPr>
        <w:t>obrazac</w:t>
      </w:r>
      <w:proofErr w:type="spellEnd"/>
      <w:r w:rsidRPr="00A62CA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62CA9">
        <w:rPr>
          <w:rFonts w:ascii="Times New Roman" w:hAnsi="Times New Roman" w:cs="Times New Roman"/>
          <w:i/>
          <w:iCs/>
        </w:rPr>
        <w:t>dostavlja</w:t>
      </w:r>
      <w:proofErr w:type="spellEnd"/>
      <w:r w:rsidRPr="00A62CA9">
        <w:rPr>
          <w:rFonts w:ascii="Times New Roman" w:hAnsi="Times New Roman" w:cs="Times New Roman"/>
          <w:i/>
          <w:iCs/>
        </w:rPr>
        <w:t xml:space="preserve"> se </w:t>
      </w:r>
      <w:proofErr w:type="spellStart"/>
      <w:r w:rsidRPr="00A62CA9">
        <w:rPr>
          <w:rFonts w:ascii="Times New Roman" w:hAnsi="Times New Roman" w:cs="Times New Roman"/>
          <w:i/>
          <w:iCs/>
        </w:rPr>
        <w:t>samo</w:t>
      </w:r>
      <w:proofErr w:type="spellEnd"/>
      <w:r w:rsidRPr="00A62CA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62CA9">
        <w:rPr>
          <w:rFonts w:ascii="Times New Roman" w:hAnsi="Times New Roman" w:cs="Times New Roman"/>
          <w:i/>
          <w:iCs/>
        </w:rPr>
        <w:t>ako</w:t>
      </w:r>
      <w:proofErr w:type="spellEnd"/>
      <w:r w:rsidRPr="00A62CA9">
        <w:rPr>
          <w:rFonts w:ascii="Times New Roman" w:hAnsi="Times New Roman" w:cs="Times New Roman"/>
          <w:i/>
          <w:iCs/>
        </w:rPr>
        <w:t xml:space="preserve"> se </w:t>
      </w:r>
      <w:proofErr w:type="spellStart"/>
      <w:r w:rsidRPr="00A62CA9">
        <w:rPr>
          <w:rFonts w:ascii="Times New Roman" w:hAnsi="Times New Roman" w:cs="Times New Roman"/>
          <w:i/>
          <w:iCs/>
        </w:rPr>
        <w:t>prijavljeni</w:t>
      </w:r>
      <w:proofErr w:type="spellEnd"/>
      <w:r w:rsidRPr="00A62CA9">
        <w:rPr>
          <w:rFonts w:ascii="Times New Roman" w:hAnsi="Times New Roman" w:cs="Times New Roman"/>
          <w:i/>
          <w:iCs/>
        </w:rPr>
        <w:t xml:space="preserve"> program/</w:t>
      </w:r>
      <w:proofErr w:type="spellStart"/>
      <w:r w:rsidRPr="00A62CA9">
        <w:rPr>
          <w:rFonts w:ascii="Times New Roman" w:hAnsi="Times New Roman" w:cs="Times New Roman"/>
          <w:i/>
          <w:iCs/>
        </w:rPr>
        <w:t>projekt</w:t>
      </w:r>
      <w:proofErr w:type="spellEnd"/>
      <w:r w:rsidRPr="00A62CA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62CA9">
        <w:rPr>
          <w:rFonts w:ascii="Times New Roman" w:hAnsi="Times New Roman" w:cs="Times New Roman"/>
          <w:i/>
          <w:iCs/>
        </w:rPr>
        <w:t>provodi</w:t>
      </w:r>
      <w:proofErr w:type="spellEnd"/>
      <w:r w:rsidRPr="00A62CA9">
        <w:rPr>
          <w:rFonts w:ascii="Times New Roman" w:hAnsi="Times New Roman" w:cs="Times New Roman"/>
          <w:i/>
          <w:iCs/>
        </w:rPr>
        <w:t xml:space="preserve"> u </w:t>
      </w:r>
      <w:proofErr w:type="spellStart"/>
      <w:r w:rsidRPr="00A62CA9">
        <w:rPr>
          <w:rFonts w:ascii="Times New Roman" w:hAnsi="Times New Roman" w:cs="Times New Roman"/>
          <w:i/>
          <w:iCs/>
        </w:rPr>
        <w:t>formalnom</w:t>
      </w:r>
      <w:proofErr w:type="spellEnd"/>
      <w:r w:rsidRPr="00A62CA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62CA9">
        <w:rPr>
          <w:rFonts w:ascii="Times New Roman" w:hAnsi="Times New Roman" w:cs="Times New Roman"/>
          <w:i/>
          <w:iCs/>
        </w:rPr>
        <w:t>partnerstvu</w:t>
      </w:r>
      <w:proofErr w:type="spellEnd"/>
      <w:r w:rsidRPr="00A62CA9">
        <w:rPr>
          <w:rFonts w:ascii="Times New Roman" w:hAnsi="Times New Roman" w:cs="Times New Roman"/>
          <w:i/>
          <w:iCs/>
        </w:rPr>
        <w:t>.</w:t>
      </w:r>
    </w:p>
    <w:p w14:paraId="0E44F4D1" w14:textId="77777777" w:rsidR="00126321" w:rsidRPr="00A62CA9" w:rsidRDefault="00126321" w:rsidP="00A62CA9">
      <w:pPr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394"/>
      </w:tblGrid>
      <w:tr w:rsidR="00126321" w14:paraId="00E64931" w14:textId="77777777" w:rsidTr="006D1439"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14:paraId="2F2A3540" w14:textId="77777777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4D98">
              <w:rPr>
                <w:rFonts w:ascii="Times New Roman" w:hAnsi="Times New Roman" w:cs="Times New Roman"/>
                <w:sz w:val="24"/>
                <w:szCs w:val="24"/>
              </w:rPr>
              <w:t>Naziv</w:t>
            </w:r>
            <w:proofErr w:type="spellEnd"/>
            <w:r w:rsidRPr="003A4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D98">
              <w:rPr>
                <w:rFonts w:ascii="Times New Roman" w:hAnsi="Times New Roman" w:cs="Times New Roman"/>
                <w:sz w:val="24"/>
                <w:szCs w:val="24"/>
              </w:rPr>
              <w:t>prijavitelja</w:t>
            </w:r>
            <w:proofErr w:type="spellEnd"/>
            <w:r w:rsidRPr="003A4D9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tcBorders>
              <w:left w:val="nil"/>
            </w:tcBorders>
          </w:tcPr>
          <w:p w14:paraId="0149A25C" w14:textId="77777777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321" w14:paraId="5C4E6E21" w14:textId="77777777" w:rsidTr="006D1439"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14:paraId="1D927EE6" w14:textId="77777777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394" w:type="dxa"/>
            <w:tcBorders>
              <w:left w:val="nil"/>
            </w:tcBorders>
          </w:tcPr>
          <w:p w14:paraId="181AEEF8" w14:textId="77777777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321" w14:paraId="5F836D44" w14:textId="77777777" w:rsidTr="006D1439"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14:paraId="47E3DBDD" w14:textId="77777777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4D98">
              <w:rPr>
                <w:rFonts w:ascii="Times New Roman" w:hAnsi="Times New Roman" w:cs="Times New Roman"/>
                <w:sz w:val="24"/>
                <w:szCs w:val="24"/>
              </w:rPr>
              <w:t>Naziv</w:t>
            </w:r>
            <w:proofErr w:type="spellEnd"/>
            <w:r w:rsidRPr="003A4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D98">
              <w:rPr>
                <w:rFonts w:ascii="Times New Roman" w:hAnsi="Times New Roman" w:cs="Times New Roman"/>
                <w:sz w:val="24"/>
                <w:szCs w:val="24"/>
              </w:rPr>
              <w:t>programa</w:t>
            </w:r>
            <w:proofErr w:type="spellEnd"/>
            <w:r w:rsidRPr="003A4D9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4D98">
              <w:rPr>
                <w:rFonts w:ascii="Times New Roman" w:hAnsi="Times New Roman" w:cs="Times New Roman"/>
                <w:sz w:val="24"/>
                <w:szCs w:val="24"/>
              </w:rPr>
              <w:t>projekta</w:t>
            </w:r>
            <w:proofErr w:type="spellEnd"/>
            <w:r w:rsidRPr="003A4D9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tcBorders>
              <w:left w:val="nil"/>
            </w:tcBorders>
          </w:tcPr>
          <w:p w14:paraId="0B7696CA" w14:textId="77777777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CF29B6" w14:textId="77777777" w:rsidR="00126321" w:rsidRDefault="00126321" w:rsidP="00FE7A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D6ECF6" w14:textId="0670A74F" w:rsidR="006D2BA6" w:rsidRPr="00FE7ABF" w:rsidRDefault="00000000" w:rsidP="00FE7AB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Prijavitelj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i partner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potvrđuju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zajednički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sudjeluju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provedbi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prijavljenog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ulogama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aktivnostima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navedenima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u Prijavnici.</w:t>
      </w:r>
    </w:p>
    <w:p w14:paraId="514D7EF8" w14:textId="77777777" w:rsidR="006D2BA6" w:rsidRDefault="00000000" w:rsidP="00FE7ABF">
      <w:pPr>
        <w:jc w:val="both"/>
        <w:rPr>
          <w:rFonts w:ascii="Times New Roman" w:hAnsi="Times New Roman" w:cs="Times New Roman"/>
          <w:sz w:val="24"/>
          <w:szCs w:val="24"/>
        </w:rPr>
      </w:pPr>
      <w:r w:rsidRPr="00FE7ABF">
        <w:rPr>
          <w:rFonts w:ascii="Times New Roman" w:hAnsi="Times New Roman" w:cs="Times New Roman"/>
          <w:sz w:val="24"/>
          <w:szCs w:val="24"/>
        </w:rPr>
        <w:t xml:space="preserve">Partner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prihvaća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obveze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proizlaze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provedbe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dijelu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njega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odnosi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. Grad Kaštela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financiranju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sklapa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isključivo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prijaviteljem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, koji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Gradu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provedbu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namjensko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korištenje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ABF">
        <w:rPr>
          <w:rFonts w:ascii="Times New Roman" w:hAnsi="Times New Roman" w:cs="Times New Roman"/>
          <w:sz w:val="24"/>
          <w:szCs w:val="24"/>
        </w:rPr>
        <w:t>izvještavanje</w:t>
      </w:r>
      <w:proofErr w:type="spellEnd"/>
      <w:r w:rsidRPr="00FE7ABF">
        <w:rPr>
          <w:rFonts w:ascii="Times New Roman" w:hAnsi="Times New Roman" w:cs="Times New Roman"/>
          <w:sz w:val="24"/>
          <w:szCs w:val="24"/>
        </w:rPr>
        <w:t>.</w:t>
      </w:r>
    </w:p>
    <w:p w14:paraId="523B1CA5" w14:textId="77777777" w:rsidR="00EF427F" w:rsidRPr="00FE7ABF" w:rsidRDefault="00EF427F" w:rsidP="00FE7AB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1985"/>
        <w:gridCol w:w="3118"/>
      </w:tblGrid>
      <w:tr w:rsidR="00126321" w14:paraId="3A376F37" w14:textId="56F1DBD2" w:rsidTr="00126321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7694476" w14:textId="262E8F01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Naziv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partnera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right w:val="nil"/>
            </w:tcBorders>
          </w:tcPr>
          <w:p w14:paraId="1576C709" w14:textId="77777777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78AF80F" w14:textId="77777777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321" w14:paraId="13F28324" w14:textId="495B1916" w:rsidTr="00126321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BB259A8" w14:textId="1A1043D5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FE7ABF">
              <w:rPr>
                <w:rFonts w:ascii="Times New Roman" w:hAnsi="Times New Roman" w:cs="Times New Roman"/>
                <w:sz w:val="24"/>
                <w:szCs w:val="24"/>
              </w:rPr>
              <w:t xml:space="preserve">OIB </w:t>
            </w: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partnera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11" w:type="dxa"/>
            <w:gridSpan w:val="2"/>
            <w:tcBorders>
              <w:left w:val="nil"/>
              <w:right w:val="nil"/>
            </w:tcBorders>
          </w:tcPr>
          <w:p w14:paraId="0D12FFB4" w14:textId="77777777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6DE3F54" w14:textId="77777777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321" w14:paraId="3CEA5226" w14:textId="5730474A" w:rsidTr="00126321">
        <w:tc>
          <w:tcPr>
            <w:tcW w:w="41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50AC0" w14:textId="7F82A9F4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FE7ABF">
              <w:rPr>
                <w:rFonts w:ascii="Times New Roman" w:hAnsi="Times New Roman" w:cs="Times New Roman"/>
                <w:sz w:val="24"/>
                <w:szCs w:val="24"/>
              </w:rPr>
              <w:t xml:space="preserve">Osoba </w:t>
            </w: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ovlaštena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zastupanje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partnera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103" w:type="dxa"/>
            <w:gridSpan w:val="2"/>
            <w:tcBorders>
              <w:left w:val="nil"/>
              <w:right w:val="nil"/>
            </w:tcBorders>
          </w:tcPr>
          <w:p w14:paraId="722BD08D" w14:textId="77777777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321" w14:paraId="7B318885" w14:textId="15EC95EE" w:rsidTr="00126321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45E52F3" w14:textId="6733F3BA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partnera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right w:val="nil"/>
            </w:tcBorders>
          </w:tcPr>
          <w:p w14:paraId="61D919BC" w14:textId="77777777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304083BC" w14:textId="77777777" w:rsidR="00126321" w:rsidRDefault="00126321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DF8F45" w14:textId="77777777" w:rsidR="00126321" w:rsidRDefault="00126321" w:rsidP="00EF4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7B6485" w14:textId="77777777" w:rsidR="00EF427F" w:rsidRDefault="00EF427F" w:rsidP="00EF427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3402"/>
        <w:gridCol w:w="421"/>
        <w:gridCol w:w="3118"/>
      </w:tblGrid>
      <w:tr w:rsidR="00EF427F" w14:paraId="2734230D" w14:textId="77777777" w:rsidTr="00EF427F">
        <w:trPr>
          <w:gridAfter w:val="1"/>
          <w:wAfter w:w="3118" w:type="dxa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5E866E7" w14:textId="71F0F1E8" w:rsidR="00EF427F" w:rsidRDefault="00EF427F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Mjesto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 xml:space="preserve"> datum:</w:t>
            </w:r>
          </w:p>
        </w:tc>
        <w:tc>
          <w:tcPr>
            <w:tcW w:w="3823" w:type="dxa"/>
            <w:gridSpan w:val="2"/>
            <w:tcBorders>
              <w:top w:val="nil"/>
              <w:left w:val="nil"/>
              <w:right w:val="nil"/>
            </w:tcBorders>
          </w:tcPr>
          <w:p w14:paraId="4FC0817B" w14:textId="757C7F91" w:rsidR="00EF427F" w:rsidRDefault="00EF427F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27F" w14:paraId="201E5087" w14:textId="77777777" w:rsidTr="00EF427F"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17B9F" w14:textId="30E050BF" w:rsidR="00EF427F" w:rsidRDefault="00EF427F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FE7ABF">
              <w:rPr>
                <w:rFonts w:ascii="Times New Roman" w:hAnsi="Times New Roman" w:cs="Times New Roman"/>
                <w:sz w:val="24"/>
                <w:szCs w:val="24"/>
              </w:rPr>
              <w:t xml:space="preserve">Ime </w:t>
            </w: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prezime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osobe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ovlaštene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zastupanje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prijavitelja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539" w:type="dxa"/>
            <w:gridSpan w:val="2"/>
            <w:tcBorders>
              <w:left w:val="nil"/>
              <w:right w:val="nil"/>
            </w:tcBorders>
          </w:tcPr>
          <w:p w14:paraId="03604AB2" w14:textId="77777777" w:rsidR="00EF427F" w:rsidRDefault="00EF427F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27F" w14:paraId="4758CD3C" w14:textId="77777777" w:rsidTr="00EF427F">
        <w:trPr>
          <w:gridAfter w:val="1"/>
          <w:wAfter w:w="3118" w:type="dxa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60417EB" w14:textId="16362EB7" w:rsidR="00EF427F" w:rsidRDefault="00EF427F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prijavitelja</w:t>
            </w:r>
            <w:proofErr w:type="spellEnd"/>
            <w:r w:rsidRPr="00FE7A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823" w:type="dxa"/>
            <w:gridSpan w:val="2"/>
            <w:tcBorders>
              <w:top w:val="nil"/>
              <w:left w:val="nil"/>
              <w:right w:val="nil"/>
            </w:tcBorders>
          </w:tcPr>
          <w:p w14:paraId="26167A26" w14:textId="77777777" w:rsidR="00EF427F" w:rsidRDefault="00EF427F" w:rsidP="009610F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4158E3" w14:textId="71DD0148" w:rsidR="006D2BA6" w:rsidRPr="00FE7ABF" w:rsidRDefault="00000000" w:rsidP="00EF427F">
      <w:pPr>
        <w:rPr>
          <w:rFonts w:ascii="Times New Roman" w:hAnsi="Times New Roman" w:cs="Times New Roman"/>
          <w:sz w:val="24"/>
          <w:szCs w:val="24"/>
        </w:rPr>
      </w:pPr>
      <w:r w:rsidRPr="00FE7ABF">
        <w:rPr>
          <w:rFonts w:ascii="Times New Roman" w:hAnsi="Times New Roman" w:cs="Times New Roman"/>
          <w:sz w:val="24"/>
          <w:szCs w:val="24"/>
        </w:rPr>
        <w:br/>
      </w:r>
    </w:p>
    <w:sectPr w:rsidR="006D2BA6" w:rsidRPr="00FE7ABF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3037322">
    <w:abstractNumId w:val="8"/>
  </w:num>
  <w:num w:numId="2" w16cid:durableId="371542584">
    <w:abstractNumId w:val="6"/>
  </w:num>
  <w:num w:numId="3" w16cid:durableId="1827428596">
    <w:abstractNumId w:val="5"/>
  </w:num>
  <w:num w:numId="4" w16cid:durableId="1301616261">
    <w:abstractNumId w:val="4"/>
  </w:num>
  <w:num w:numId="5" w16cid:durableId="1800537571">
    <w:abstractNumId w:val="7"/>
  </w:num>
  <w:num w:numId="6" w16cid:durableId="1134640347">
    <w:abstractNumId w:val="3"/>
  </w:num>
  <w:num w:numId="7" w16cid:durableId="241912617">
    <w:abstractNumId w:val="2"/>
  </w:num>
  <w:num w:numId="8" w16cid:durableId="61492238">
    <w:abstractNumId w:val="1"/>
  </w:num>
  <w:num w:numId="9" w16cid:durableId="111543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72F"/>
    <w:rsid w:val="00034616"/>
    <w:rsid w:val="0006063C"/>
    <w:rsid w:val="00126321"/>
    <w:rsid w:val="00146E1B"/>
    <w:rsid w:val="0015074B"/>
    <w:rsid w:val="0029639D"/>
    <w:rsid w:val="00326F90"/>
    <w:rsid w:val="00343CBE"/>
    <w:rsid w:val="005A5971"/>
    <w:rsid w:val="006D2BA6"/>
    <w:rsid w:val="00900B76"/>
    <w:rsid w:val="009610FC"/>
    <w:rsid w:val="00A44301"/>
    <w:rsid w:val="00A62CA9"/>
    <w:rsid w:val="00AA1D8D"/>
    <w:rsid w:val="00B47730"/>
    <w:rsid w:val="00C767B4"/>
    <w:rsid w:val="00CB0664"/>
    <w:rsid w:val="00EF427F"/>
    <w:rsid w:val="00FC693F"/>
    <w:rsid w:val="00FE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BB4D13"/>
  <w14:defaultImageDpi w14:val="300"/>
  <w15:docId w15:val="{43747EEE-3439-47B7-974A-5981F7920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Antonia Kljaić</cp:lastModifiedBy>
  <cp:revision>4</cp:revision>
  <dcterms:created xsi:type="dcterms:W3CDTF">2026-09-30T08:36:00Z</dcterms:created>
  <dcterms:modified xsi:type="dcterms:W3CDTF">2026-10-01T06:15:00Z</dcterms:modified>
  <cp:category/>
</cp:coreProperties>
</file>