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7E6FD" w14:textId="77777777" w:rsidR="00FA2229" w:rsidRPr="00FA2229" w:rsidRDefault="00000000" w:rsidP="00FA22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229">
        <w:rPr>
          <w:rFonts w:ascii="Times New Roman" w:hAnsi="Times New Roman" w:cs="Times New Roman"/>
          <w:b/>
          <w:sz w:val="24"/>
          <w:szCs w:val="24"/>
        </w:rPr>
        <w:t>GRAD KAŠTELA</w:t>
      </w:r>
    </w:p>
    <w:p w14:paraId="7803A5BA" w14:textId="2F6EE38D" w:rsidR="00E15F0E" w:rsidRPr="00FA2229" w:rsidRDefault="00FA2229" w:rsidP="00FA22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2229">
        <w:rPr>
          <w:rFonts w:ascii="Times New Roman" w:hAnsi="Times New Roman" w:cs="Times New Roman"/>
          <w:b/>
          <w:sz w:val="24"/>
          <w:szCs w:val="24"/>
        </w:rPr>
        <w:t>UPRAVNI ODJEL ZA DRUŠTVENE DJELATNOSTI I OPĆE POSLOVE</w:t>
      </w:r>
    </w:p>
    <w:p w14:paraId="1BE04077" w14:textId="77777777" w:rsidR="003A4D98" w:rsidRPr="00FA2229" w:rsidRDefault="003A4D98" w:rsidP="00FA22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F9B80C" w14:textId="6B762037" w:rsidR="00E15F0E" w:rsidRPr="00FA2229" w:rsidRDefault="00000000" w:rsidP="00FA22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29">
        <w:rPr>
          <w:rFonts w:ascii="Times New Roman" w:hAnsi="Times New Roman" w:cs="Times New Roman"/>
          <w:b/>
          <w:sz w:val="28"/>
          <w:szCs w:val="28"/>
        </w:rPr>
        <w:t>IZJAVA O NEPOSTOJANJU DVOSTRUKOG FINANCIRANJA</w:t>
      </w:r>
    </w:p>
    <w:p w14:paraId="5F0A0E41" w14:textId="77777777" w:rsidR="00FA2229" w:rsidRPr="00FA2229" w:rsidRDefault="00FA2229" w:rsidP="00FA22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8894F4" w14:textId="77777777" w:rsidR="00FA2229" w:rsidRPr="00FA2229" w:rsidRDefault="00FA2229" w:rsidP="00FA2229">
      <w:pPr>
        <w:jc w:val="center"/>
        <w:rPr>
          <w:rFonts w:ascii="Times New Roman" w:hAnsi="Times New Roman" w:cs="Times New Roman"/>
        </w:rPr>
      </w:pPr>
      <w:r w:rsidRPr="00FA2229">
        <w:rPr>
          <w:rFonts w:ascii="Times New Roman" w:hAnsi="Times New Roman" w:cs="Times New Roman"/>
          <w:b/>
        </w:rPr>
        <w:t>Javni poziv za financiranje javnih potreba u kulturi Grada Kaštela za 2027. godinu</w:t>
      </w:r>
    </w:p>
    <w:p w14:paraId="0B7EB256" w14:textId="77777777" w:rsidR="003A4D98" w:rsidRDefault="003A4D9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394"/>
      </w:tblGrid>
      <w:tr w:rsidR="002F2075" w14:paraId="0560A7FB" w14:textId="77777777" w:rsidTr="002F2075"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14:paraId="2AD8E2AA" w14:textId="5D4AC601" w:rsidR="002F2075" w:rsidRDefault="002F2075" w:rsidP="002F207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Naziv prijavitelja:</w:t>
            </w:r>
          </w:p>
        </w:tc>
        <w:tc>
          <w:tcPr>
            <w:tcW w:w="4394" w:type="dxa"/>
            <w:tcBorders>
              <w:left w:val="nil"/>
            </w:tcBorders>
          </w:tcPr>
          <w:p w14:paraId="5D7C51F2" w14:textId="3695BB5C" w:rsidR="002F2075" w:rsidRDefault="002F2075" w:rsidP="002F207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075" w14:paraId="4CCBE873" w14:textId="77777777" w:rsidTr="002F2075"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14:paraId="6818ED59" w14:textId="68DA7547" w:rsidR="002F2075" w:rsidRDefault="002F2075" w:rsidP="002F207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394" w:type="dxa"/>
            <w:tcBorders>
              <w:left w:val="nil"/>
            </w:tcBorders>
          </w:tcPr>
          <w:p w14:paraId="1F564CC5" w14:textId="77777777" w:rsidR="002F2075" w:rsidRDefault="002F2075" w:rsidP="002F207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075" w14:paraId="06DF2156" w14:textId="77777777" w:rsidTr="002F2075"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14:paraId="45A1572C" w14:textId="420E12D8" w:rsidR="002F2075" w:rsidRDefault="002F2075" w:rsidP="002F207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Naziv programa/projekta:</w:t>
            </w:r>
          </w:p>
        </w:tc>
        <w:tc>
          <w:tcPr>
            <w:tcW w:w="4394" w:type="dxa"/>
            <w:tcBorders>
              <w:left w:val="nil"/>
            </w:tcBorders>
          </w:tcPr>
          <w:p w14:paraId="599A1331" w14:textId="77777777" w:rsidR="002F2075" w:rsidRDefault="002F2075" w:rsidP="002F207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428944" w14:textId="77777777" w:rsidR="00FA2229" w:rsidRDefault="00FA2229">
      <w:pPr>
        <w:rPr>
          <w:rFonts w:ascii="Times New Roman" w:hAnsi="Times New Roman" w:cs="Times New Roman"/>
          <w:sz w:val="24"/>
          <w:szCs w:val="24"/>
        </w:rPr>
      </w:pPr>
    </w:p>
    <w:p w14:paraId="45420672" w14:textId="77777777" w:rsidR="00E15F0E" w:rsidRPr="003A4D98" w:rsidRDefault="00000000" w:rsidP="003A4D98">
      <w:pPr>
        <w:jc w:val="both"/>
        <w:rPr>
          <w:rFonts w:ascii="Times New Roman" w:hAnsi="Times New Roman" w:cs="Times New Roman"/>
          <w:sz w:val="24"/>
          <w:szCs w:val="24"/>
        </w:rPr>
      </w:pPr>
      <w:r w:rsidRPr="003A4D98">
        <w:rPr>
          <w:rFonts w:ascii="Times New Roman" w:hAnsi="Times New Roman" w:cs="Times New Roman"/>
          <w:sz w:val="24"/>
          <w:szCs w:val="24"/>
        </w:rPr>
        <w:t>Pod materijalnom i kaznenom odgovornošću izjavljujem da troškovi programa/projekta za koje se traže sredstva Grada Kaštela nisu i neće biti financirani iz drugog javnog izvora za istu namjenu i za isti trošak.</w:t>
      </w:r>
    </w:p>
    <w:p w14:paraId="4301BDB4" w14:textId="1C26CBED" w:rsidR="002F2075" w:rsidRDefault="00000000" w:rsidP="002F2075">
      <w:pPr>
        <w:jc w:val="both"/>
        <w:rPr>
          <w:rFonts w:ascii="Times New Roman" w:hAnsi="Times New Roman" w:cs="Times New Roman"/>
          <w:sz w:val="24"/>
          <w:szCs w:val="24"/>
        </w:rPr>
      </w:pPr>
      <w:r w:rsidRPr="003A4D98">
        <w:rPr>
          <w:rFonts w:ascii="Times New Roman" w:hAnsi="Times New Roman" w:cs="Times New Roman"/>
          <w:sz w:val="24"/>
          <w:szCs w:val="24"/>
        </w:rPr>
        <w:t>Obvezujem se bez odgode obavijestiti Grad Kaštela ako za isti program/projekt ili pojedini trošak budu odobrena sredstva iz drugog izvora, kako bi se spriječilo dvostruko financiranje.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5020"/>
      </w:tblGrid>
      <w:tr w:rsidR="002F2075" w14:paraId="5D06000B" w14:textId="77777777" w:rsidTr="002F2075">
        <w:tc>
          <w:tcPr>
            <w:tcW w:w="4786" w:type="dxa"/>
            <w:tcBorders>
              <w:top w:val="nil"/>
              <w:bottom w:val="nil"/>
              <w:right w:val="nil"/>
            </w:tcBorders>
          </w:tcPr>
          <w:p w14:paraId="783E11F9" w14:textId="6906BA0F" w:rsidR="002F2075" w:rsidRDefault="002F2075" w:rsidP="008501E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Mjesto i datum:</w:t>
            </w:r>
          </w:p>
        </w:tc>
        <w:tc>
          <w:tcPr>
            <w:tcW w:w="5103" w:type="dxa"/>
            <w:tcBorders>
              <w:left w:val="nil"/>
            </w:tcBorders>
          </w:tcPr>
          <w:p w14:paraId="00447340" w14:textId="77777777" w:rsidR="002F2075" w:rsidRDefault="002F2075" w:rsidP="008501E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075" w14:paraId="3140DB8D" w14:textId="77777777" w:rsidTr="002F2075">
        <w:tc>
          <w:tcPr>
            <w:tcW w:w="4786" w:type="dxa"/>
            <w:tcBorders>
              <w:top w:val="nil"/>
              <w:bottom w:val="nil"/>
              <w:right w:val="nil"/>
            </w:tcBorders>
          </w:tcPr>
          <w:p w14:paraId="4A3C7CC4" w14:textId="78B15F4A" w:rsidR="002F2075" w:rsidRDefault="002F2075" w:rsidP="008501E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Ime i prezime osobe ovlaštene za zastupanje:</w:t>
            </w:r>
          </w:p>
        </w:tc>
        <w:tc>
          <w:tcPr>
            <w:tcW w:w="5103" w:type="dxa"/>
            <w:tcBorders>
              <w:left w:val="nil"/>
            </w:tcBorders>
          </w:tcPr>
          <w:p w14:paraId="0D8B3A1B" w14:textId="77777777" w:rsidR="002F2075" w:rsidRDefault="002F2075" w:rsidP="008501E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075" w14:paraId="1EF445CF" w14:textId="77777777" w:rsidTr="002F2075">
        <w:tc>
          <w:tcPr>
            <w:tcW w:w="4786" w:type="dxa"/>
            <w:tcBorders>
              <w:top w:val="nil"/>
              <w:bottom w:val="nil"/>
              <w:right w:val="nil"/>
            </w:tcBorders>
          </w:tcPr>
          <w:p w14:paraId="20337D7A" w14:textId="739CE196" w:rsidR="002F2075" w:rsidRDefault="002F2075" w:rsidP="008501E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A4D98">
              <w:rPr>
                <w:rFonts w:ascii="Times New Roman" w:hAnsi="Times New Roman" w:cs="Times New Roman"/>
                <w:sz w:val="24"/>
                <w:szCs w:val="24"/>
              </w:rPr>
              <w:t>Potpis:</w:t>
            </w:r>
          </w:p>
        </w:tc>
        <w:tc>
          <w:tcPr>
            <w:tcW w:w="5103" w:type="dxa"/>
            <w:tcBorders>
              <w:left w:val="nil"/>
            </w:tcBorders>
          </w:tcPr>
          <w:p w14:paraId="72616F35" w14:textId="77777777" w:rsidR="002F2075" w:rsidRDefault="002F2075" w:rsidP="008501E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A2642B" w14:textId="4A2BF28F" w:rsidR="002F2075" w:rsidRDefault="002F2075" w:rsidP="002F2075">
      <w:pPr>
        <w:rPr>
          <w:rFonts w:ascii="Times New Roman" w:hAnsi="Times New Roman" w:cs="Times New Roman"/>
          <w:sz w:val="24"/>
          <w:szCs w:val="24"/>
        </w:rPr>
      </w:pPr>
    </w:p>
    <w:p w14:paraId="489ECC34" w14:textId="77777777" w:rsidR="002F2075" w:rsidRPr="003A4D98" w:rsidRDefault="002F2075" w:rsidP="002F2075">
      <w:pPr>
        <w:rPr>
          <w:rFonts w:ascii="Times New Roman" w:hAnsi="Times New Roman" w:cs="Times New Roman"/>
          <w:sz w:val="24"/>
          <w:szCs w:val="24"/>
        </w:rPr>
      </w:pPr>
    </w:p>
    <w:p w14:paraId="6DBB3F2D" w14:textId="648724BC" w:rsidR="00E15F0E" w:rsidRPr="003A4D98" w:rsidRDefault="00E15F0E">
      <w:pPr>
        <w:rPr>
          <w:rFonts w:ascii="Times New Roman" w:hAnsi="Times New Roman" w:cs="Times New Roman"/>
          <w:sz w:val="24"/>
          <w:szCs w:val="24"/>
        </w:rPr>
      </w:pPr>
    </w:p>
    <w:sectPr w:rsidR="00E15F0E" w:rsidRPr="003A4D98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1899312">
    <w:abstractNumId w:val="8"/>
  </w:num>
  <w:num w:numId="2" w16cid:durableId="1255165793">
    <w:abstractNumId w:val="6"/>
  </w:num>
  <w:num w:numId="3" w16cid:durableId="592931586">
    <w:abstractNumId w:val="5"/>
  </w:num>
  <w:num w:numId="4" w16cid:durableId="622419165">
    <w:abstractNumId w:val="4"/>
  </w:num>
  <w:num w:numId="5" w16cid:durableId="1448891232">
    <w:abstractNumId w:val="7"/>
  </w:num>
  <w:num w:numId="6" w16cid:durableId="126051880">
    <w:abstractNumId w:val="3"/>
  </w:num>
  <w:num w:numId="7" w16cid:durableId="469827828">
    <w:abstractNumId w:val="2"/>
  </w:num>
  <w:num w:numId="8" w16cid:durableId="377124128">
    <w:abstractNumId w:val="1"/>
  </w:num>
  <w:num w:numId="9" w16cid:durableId="102440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42F"/>
    <w:rsid w:val="00034616"/>
    <w:rsid w:val="0006063C"/>
    <w:rsid w:val="0015074B"/>
    <w:rsid w:val="0029639D"/>
    <w:rsid w:val="002F2075"/>
    <w:rsid w:val="00326F90"/>
    <w:rsid w:val="003A4D98"/>
    <w:rsid w:val="004E6200"/>
    <w:rsid w:val="0067008E"/>
    <w:rsid w:val="0099271C"/>
    <w:rsid w:val="00AA1D8D"/>
    <w:rsid w:val="00B10505"/>
    <w:rsid w:val="00B47730"/>
    <w:rsid w:val="00CB0664"/>
    <w:rsid w:val="00CD7CA4"/>
    <w:rsid w:val="00DB3520"/>
    <w:rsid w:val="00E15F0E"/>
    <w:rsid w:val="00FA22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B6855"/>
  <w14:defaultImageDpi w14:val="300"/>
  <w15:docId w15:val="{A21EA3C3-E4B9-4F3C-8886-A392DFD8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Antonia Kljaić</cp:lastModifiedBy>
  <cp:revision>4</cp:revision>
  <dcterms:created xsi:type="dcterms:W3CDTF">2026-09-30T08:36:00Z</dcterms:created>
  <dcterms:modified xsi:type="dcterms:W3CDTF">2026-10-01T06:00:00Z</dcterms:modified>
  <cp:category/>
</cp:coreProperties>
</file>